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F8C" w:rsidRDefault="00AA5F8C">
      <w:pPr>
        <w:autoSpaceDE w:val="0"/>
        <w:autoSpaceDN w:val="0"/>
        <w:spacing w:after="78" w:line="220" w:lineRule="exact"/>
      </w:pPr>
    </w:p>
    <w:p w:rsidR="00AA5F8C" w:rsidRPr="00106205" w:rsidRDefault="00246700">
      <w:pPr>
        <w:autoSpaceDE w:val="0"/>
        <w:autoSpaceDN w:val="0"/>
        <w:spacing w:after="0" w:line="230" w:lineRule="auto"/>
        <w:ind w:left="1494"/>
        <w:rPr>
          <w:lang w:val="ru-RU"/>
        </w:rPr>
      </w:pPr>
      <w:r w:rsidRPr="00106205">
        <w:rPr>
          <w:rFonts w:ascii="Times New Roman" w:eastAsia="Times New Roman" w:hAnsi="Times New Roman"/>
          <w:b/>
          <w:color w:val="000000"/>
          <w:sz w:val="24"/>
          <w:lang w:val="ru-RU"/>
        </w:rPr>
        <w:t>МИНИСТЕРСТВО ПРОСВЕЩЕНИЯ РОССИЙСКОЙ ФЕДЕРАЦИИ</w:t>
      </w:r>
    </w:p>
    <w:p w:rsidR="00AA5F8C" w:rsidRPr="00106205" w:rsidRDefault="00246700">
      <w:pPr>
        <w:autoSpaceDE w:val="0"/>
        <w:autoSpaceDN w:val="0"/>
        <w:spacing w:before="670" w:after="0" w:line="230" w:lineRule="auto"/>
        <w:ind w:left="2076"/>
        <w:rPr>
          <w:lang w:val="ru-RU"/>
        </w:rPr>
      </w:pPr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>Министерство образования и науки Республики Башкортостан</w:t>
      </w:r>
    </w:p>
    <w:p w:rsidR="00AA5F8C" w:rsidRPr="00106205" w:rsidRDefault="00246700">
      <w:pPr>
        <w:autoSpaceDE w:val="0"/>
        <w:autoSpaceDN w:val="0"/>
        <w:spacing w:before="670" w:after="0" w:line="230" w:lineRule="auto"/>
        <w:ind w:left="1926"/>
        <w:rPr>
          <w:lang w:val="ru-RU"/>
        </w:rPr>
      </w:pPr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>Отдел образования Администрации МР Караидельский район РБ</w:t>
      </w:r>
    </w:p>
    <w:p w:rsidR="00AA5F8C" w:rsidRPr="00106205" w:rsidRDefault="00246700">
      <w:pPr>
        <w:autoSpaceDE w:val="0"/>
        <w:autoSpaceDN w:val="0"/>
        <w:spacing w:before="670" w:after="1376" w:line="230" w:lineRule="auto"/>
        <w:ind w:left="2034"/>
        <w:rPr>
          <w:lang w:val="ru-RU"/>
        </w:rPr>
      </w:pPr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 xml:space="preserve">МОБУ </w:t>
      </w:r>
      <w:proofErr w:type="spellStart"/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>Староакбуляковская</w:t>
      </w:r>
      <w:proofErr w:type="spellEnd"/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 xml:space="preserve"> ООШ МР Караидельский район РБ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202"/>
        <w:gridCol w:w="3420"/>
        <w:gridCol w:w="3440"/>
      </w:tblGrid>
      <w:tr w:rsidR="00AA5F8C">
        <w:trPr>
          <w:trHeight w:hRule="exact" w:val="274"/>
        </w:trPr>
        <w:tc>
          <w:tcPr>
            <w:tcW w:w="3202" w:type="dxa"/>
            <w:tcMar>
              <w:left w:w="0" w:type="dxa"/>
              <w:right w:w="0" w:type="dxa"/>
            </w:tcMar>
          </w:tcPr>
          <w:p w:rsidR="00AA5F8C" w:rsidRDefault="00246700">
            <w:pPr>
              <w:autoSpaceDE w:val="0"/>
              <w:autoSpaceDN w:val="0"/>
              <w:spacing w:before="4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РАССМОТРЕНО</w:t>
            </w:r>
          </w:p>
        </w:tc>
        <w:tc>
          <w:tcPr>
            <w:tcW w:w="3420" w:type="dxa"/>
            <w:tcMar>
              <w:left w:w="0" w:type="dxa"/>
              <w:right w:w="0" w:type="dxa"/>
            </w:tcMar>
          </w:tcPr>
          <w:p w:rsidR="00AA5F8C" w:rsidRDefault="00246700">
            <w:pPr>
              <w:autoSpaceDE w:val="0"/>
              <w:autoSpaceDN w:val="0"/>
              <w:spacing w:before="48" w:after="0" w:line="230" w:lineRule="auto"/>
              <w:ind w:left="31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СОГЛАСОВАНО</w:t>
            </w:r>
          </w:p>
        </w:tc>
        <w:tc>
          <w:tcPr>
            <w:tcW w:w="3440" w:type="dxa"/>
            <w:tcMar>
              <w:left w:w="0" w:type="dxa"/>
              <w:right w:w="0" w:type="dxa"/>
            </w:tcMar>
          </w:tcPr>
          <w:p w:rsidR="00AA5F8C" w:rsidRDefault="00246700">
            <w:pPr>
              <w:autoSpaceDE w:val="0"/>
              <w:autoSpaceDN w:val="0"/>
              <w:spacing w:before="48" w:after="0" w:line="230" w:lineRule="auto"/>
              <w:ind w:left="4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УТВЕРЖДЕНО</w:t>
            </w:r>
          </w:p>
        </w:tc>
      </w:tr>
      <w:tr w:rsidR="00AA5F8C">
        <w:trPr>
          <w:trHeight w:hRule="exact" w:val="200"/>
        </w:trPr>
        <w:tc>
          <w:tcPr>
            <w:tcW w:w="3202" w:type="dxa"/>
            <w:tcMar>
              <w:left w:w="0" w:type="dxa"/>
              <w:right w:w="0" w:type="dxa"/>
            </w:tcMar>
          </w:tcPr>
          <w:p w:rsidR="00AA5F8C" w:rsidRDefault="00246700">
            <w:pPr>
              <w:autoSpaceDE w:val="0"/>
              <w:autoSpaceDN w:val="0"/>
              <w:spacing w:after="0" w:line="230" w:lineRule="auto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методическим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объединением</w:t>
            </w:r>
            <w:proofErr w:type="spellEnd"/>
          </w:p>
        </w:tc>
        <w:tc>
          <w:tcPr>
            <w:tcW w:w="3420" w:type="dxa"/>
            <w:tcMar>
              <w:left w:w="0" w:type="dxa"/>
              <w:right w:w="0" w:type="dxa"/>
            </w:tcMar>
          </w:tcPr>
          <w:p w:rsidR="00AA5F8C" w:rsidRDefault="00246700">
            <w:pPr>
              <w:autoSpaceDE w:val="0"/>
              <w:autoSpaceDN w:val="0"/>
              <w:spacing w:after="0" w:line="230" w:lineRule="auto"/>
              <w:jc w:val="center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Заместитель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директора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УВР</w:t>
            </w:r>
          </w:p>
        </w:tc>
        <w:tc>
          <w:tcPr>
            <w:tcW w:w="3440" w:type="dxa"/>
            <w:tcMar>
              <w:left w:w="0" w:type="dxa"/>
              <w:right w:w="0" w:type="dxa"/>
            </w:tcMar>
          </w:tcPr>
          <w:p w:rsidR="00AA5F8C" w:rsidRDefault="00246700">
            <w:pPr>
              <w:autoSpaceDE w:val="0"/>
              <w:autoSpaceDN w:val="0"/>
              <w:spacing w:after="0" w:line="230" w:lineRule="auto"/>
              <w:ind w:left="41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Директор</w:t>
            </w:r>
            <w:proofErr w:type="spellEnd"/>
          </w:p>
        </w:tc>
      </w:tr>
      <w:tr w:rsidR="00AA5F8C">
        <w:trPr>
          <w:trHeight w:hRule="exact" w:val="400"/>
        </w:trPr>
        <w:tc>
          <w:tcPr>
            <w:tcW w:w="3202" w:type="dxa"/>
            <w:tcMar>
              <w:left w:w="0" w:type="dxa"/>
              <w:right w:w="0" w:type="dxa"/>
            </w:tcMar>
          </w:tcPr>
          <w:p w:rsidR="00AA5F8C" w:rsidRDefault="00246700">
            <w:pPr>
              <w:autoSpaceDE w:val="0"/>
              <w:autoSpaceDN w:val="0"/>
              <w:spacing w:after="0" w:line="230" w:lineRule="auto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учителей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начальных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классов</w:t>
            </w:r>
            <w:proofErr w:type="spellEnd"/>
          </w:p>
        </w:tc>
        <w:tc>
          <w:tcPr>
            <w:tcW w:w="3420" w:type="dxa"/>
            <w:vMerge w:val="restart"/>
            <w:tcMar>
              <w:left w:w="0" w:type="dxa"/>
              <w:right w:w="0" w:type="dxa"/>
            </w:tcMar>
          </w:tcPr>
          <w:p w:rsidR="00AA5F8C" w:rsidRDefault="00246700">
            <w:pPr>
              <w:autoSpaceDE w:val="0"/>
              <w:autoSpaceDN w:val="0"/>
              <w:spacing w:before="198" w:after="0" w:line="230" w:lineRule="auto"/>
              <w:ind w:left="316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Мугалимова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Г.Ф.</w:t>
            </w:r>
          </w:p>
        </w:tc>
        <w:tc>
          <w:tcPr>
            <w:tcW w:w="3440" w:type="dxa"/>
            <w:vMerge w:val="restart"/>
            <w:tcMar>
              <w:left w:w="0" w:type="dxa"/>
              <w:right w:w="0" w:type="dxa"/>
            </w:tcMar>
          </w:tcPr>
          <w:p w:rsidR="00AA5F8C" w:rsidRDefault="00246700">
            <w:pPr>
              <w:autoSpaceDE w:val="0"/>
              <w:autoSpaceDN w:val="0"/>
              <w:spacing w:before="198" w:after="0" w:line="230" w:lineRule="auto"/>
              <w:ind w:left="4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Хайдарова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Р.М.</w:t>
            </w:r>
          </w:p>
        </w:tc>
      </w:tr>
      <w:tr w:rsidR="00AA5F8C">
        <w:trPr>
          <w:trHeight w:hRule="exact" w:val="116"/>
        </w:trPr>
        <w:tc>
          <w:tcPr>
            <w:tcW w:w="3202" w:type="dxa"/>
            <w:vMerge w:val="restart"/>
            <w:tcMar>
              <w:left w:w="0" w:type="dxa"/>
              <w:right w:w="0" w:type="dxa"/>
            </w:tcMar>
          </w:tcPr>
          <w:p w:rsidR="00AA5F8C" w:rsidRDefault="00246700">
            <w:pPr>
              <w:autoSpaceDE w:val="0"/>
              <w:autoSpaceDN w:val="0"/>
              <w:spacing w:before="2" w:after="0" w:line="230" w:lineRule="auto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Руководитель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МОСултанова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З.Н.</w:t>
            </w:r>
          </w:p>
        </w:tc>
        <w:tc>
          <w:tcPr>
            <w:tcW w:w="3427" w:type="dxa"/>
            <w:vMerge/>
          </w:tcPr>
          <w:p w:rsidR="00AA5F8C" w:rsidRDefault="00AA5F8C"/>
        </w:tc>
        <w:tc>
          <w:tcPr>
            <w:tcW w:w="3427" w:type="dxa"/>
            <w:vMerge/>
          </w:tcPr>
          <w:p w:rsidR="00AA5F8C" w:rsidRDefault="00AA5F8C"/>
        </w:tc>
      </w:tr>
      <w:tr w:rsidR="00AA5F8C">
        <w:trPr>
          <w:trHeight w:hRule="exact" w:val="304"/>
        </w:trPr>
        <w:tc>
          <w:tcPr>
            <w:tcW w:w="3427" w:type="dxa"/>
            <w:vMerge/>
          </w:tcPr>
          <w:p w:rsidR="00AA5F8C" w:rsidRDefault="00AA5F8C"/>
        </w:tc>
        <w:tc>
          <w:tcPr>
            <w:tcW w:w="3420" w:type="dxa"/>
            <w:tcMar>
              <w:left w:w="0" w:type="dxa"/>
              <w:right w:w="0" w:type="dxa"/>
            </w:tcMar>
          </w:tcPr>
          <w:p w:rsidR="00AA5F8C" w:rsidRPr="00B360A7" w:rsidRDefault="00246700">
            <w:pPr>
              <w:autoSpaceDE w:val="0"/>
              <w:autoSpaceDN w:val="0"/>
              <w:spacing w:before="78" w:after="0" w:line="230" w:lineRule="auto"/>
              <w:ind w:left="316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Протокол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№</w:t>
            </w:r>
            <w:r w:rsidR="00B360A7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147</w:t>
            </w:r>
          </w:p>
        </w:tc>
        <w:tc>
          <w:tcPr>
            <w:tcW w:w="3440" w:type="dxa"/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8" w:after="0" w:line="230" w:lineRule="auto"/>
              <w:ind w:left="412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Приказ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№</w:t>
            </w:r>
            <w:r w:rsidR="00C37A64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 147</w:t>
            </w:r>
          </w:p>
        </w:tc>
      </w:tr>
      <w:tr w:rsidR="00AA5F8C">
        <w:trPr>
          <w:trHeight w:hRule="exact" w:val="300"/>
        </w:trPr>
        <w:tc>
          <w:tcPr>
            <w:tcW w:w="3202" w:type="dxa"/>
            <w:tcMar>
              <w:left w:w="0" w:type="dxa"/>
              <w:right w:w="0" w:type="dxa"/>
            </w:tcMar>
          </w:tcPr>
          <w:p w:rsidR="00AA5F8C" w:rsidRDefault="00246700">
            <w:pPr>
              <w:autoSpaceDE w:val="0"/>
              <w:autoSpaceDN w:val="0"/>
              <w:spacing w:after="0" w:line="230" w:lineRule="auto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Протокол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№1</w:t>
            </w:r>
          </w:p>
        </w:tc>
        <w:tc>
          <w:tcPr>
            <w:tcW w:w="3420" w:type="dxa"/>
            <w:vMerge w:val="restart"/>
            <w:tcMar>
              <w:left w:w="0" w:type="dxa"/>
              <w:right w:w="0" w:type="dxa"/>
            </w:tcMar>
          </w:tcPr>
          <w:p w:rsidR="00AA5F8C" w:rsidRDefault="00246700">
            <w:pPr>
              <w:autoSpaceDE w:val="0"/>
              <w:autoSpaceDN w:val="0"/>
              <w:spacing w:before="194" w:after="0" w:line="230" w:lineRule="auto"/>
              <w:ind w:left="316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</w:t>
            </w:r>
            <w:r w:rsidR="00B360A7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""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августа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 2022 г.</w:t>
            </w:r>
          </w:p>
        </w:tc>
        <w:tc>
          <w:tcPr>
            <w:tcW w:w="3440" w:type="dxa"/>
            <w:vMerge w:val="restart"/>
            <w:tcMar>
              <w:left w:w="0" w:type="dxa"/>
              <w:right w:w="0" w:type="dxa"/>
            </w:tcMar>
          </w:tcPr>
          <w:p w:rsidR="00AA5F8C" w:rsidRDefault="00246700">
            <w:pPr>
              <w:autoSpaceDE w:val="0"/>
              <w:autoSpaceDN w:val="0"/>
              <w:spacing w:before="194" w:after="0" w:line="230" w:lineRule="auto"/>
              <w:ind w:left="41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"</w:t>
            </w:r>
            <w:r w:rsidR="00B360A7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"</w:t>
            </w:r>
            <w:r w:rsidR="00B360A7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августа 2022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 г.</w:t>
            </w:r>
          </w:p>
        </w:tc>
      </w:tr>
      <w:tr w:rsidR="00AA5F8C">
        <w:trPr>
          <w:trHeight w:hRule="exact" w:val="384"/>
        </w:trPr>
        <w:tc>
          <w:tcPr>
            <w:tcW w:w="3202" w:type="dxa"/>
            <w:tcMar>
              <w:left w:w="0" w:type="dxa"/>
              <w:right w:w="0" w:type="dxa"/>
            </w:tcMar>
          </w:tcPr>
          <w:p w:rsidR="00AA5F8C" w:rsidRDefault="00246700">
            <w:pPr>
              <w:autoSpaceDE w:val="0"/>
              <w:autoSpaceDN w:val="0"/>
              <w:spacing w:before="98" w:after="0" w:line="230" w:lineRule="auto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"</w:t>
            </w:r>
            <w:r w:rsidR="00B360A7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"</w:t>
            </w:r>
            <w:r w:rsidR="00B360A7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августа 2022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г.</w:t>
            </w:r>
          </w:p>
        </w:tc>
        <w:tc>
          <w:tcPr>
            <w:tcW w:w="3427" w:type="dxa"/>
            <w:vMerge/>
          </w:tcPr>
          <w:p w:rsidR="00AA5F8C" w:rsidRDefault="00AA5F8C"/>
        </w:tc>
        <w:tc>
          <w:tcPr>
            <w:tcW w:w="3427" w:type="dxa"/>
            <w:vMerge/>
          </w:tcPr>
          <w:p w:rsidR="00AA5F8C" w:rsidRDefault="00AA5F8C"/>
        </w:tc>
      </w:tr>
    </w:tbl>
    <w:p w:rsidR="00AA5F8C" w:rsidRPr="00B360A7" w:rsidRDefault="00246700">
      <w:pPr>
        <w:autoSpaceDE w:val="0"/>
        <w:autoSpaceDN w:val="0"/>
        <w:spacing w:before="978" w:after="0" w:line="230" w:lineRule="auto"/>
        <w:ind w:right="3640"/>
        <w:jc w:val="right"/>
        <w:rPr>
          <w:lang w:val="ru-RU"/>
        </w:rPr>
      </w:pPr>
      <w:r w:rsidRPr="00B360A7">
        <w:rPr>
          <w:rFonts w:ascii="Times New Roman" w:eastAsia="Times New Roman" w:hAnsi="Times New Roman"/>
          <w:b/>
          <w:color w:val="000000"/>
          <w:sz w:val="24"/>
          <w:lang w:val="ru-RU"/>
        </w:rPr>
        <w:t>РАБОЧАЯ ПРОГРАММА</w:t>
      </w:r>
    </w:p>
    <w:p w:rsidR="00AA5F8C" w:rsidRPr="00B360A7" w:rsidRDefault="00246700">
      <w:pPr>
        <w:autoSpaceDE w:val="0"/>
        <w:autoSpaceDN w:val="0"/>
        <w:spacing w:before="70" w:after="0" w:line="230" w:lineRule="auto"/>
        <w:ind w:right="4412"/>
        <w:jc w:val="right"/>
        <w:rPr>
          <w:lang w:val="ru-RU"/>
        </w:rPr>
      </w:pPr>
      <w:r w:rsidRPr="00B360A7">
        <w:rPr>
          <w:rFonts w:ascii="Times New Roman" w:eastAsia="Times New Roman" w:hAnsi="Times New Roman"/>
          <w:b/>
          <w:color w:val="000000"/>
          <w:sz w:val="24"/>
          <w:lang w:val="ru-RU"/>
        </w:rPr>
        <w:t>(</w:t>
      </w:r>
      <w:r>
        <w:rPr>
          <w:rFonts w:ascii="Times New Roman" w:eastAsia="Times New Roman" w:hAnsi="Times New Roman"/>
          <w:b/>
          <w:color w:val="000000"/>
          <w:sz w:val="24"/>
        </w:rPr>
        <w:t>ID</w:t>
      </w:r>
      <w:r w:rsidRPr="00B360A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5187042)</w:t>
      </w:r>
    </w:p>
    <w:p w:rsidR="00AA5F8C" w:rsidRPr="00B360A7" w:rsidRDefault="00246700">
      <w:pPr>
        <w:autoSpaceDE w:val="0"/>
        <w:autoSpaceDN w:val="0"/>
        <w:spacing w:before="166" w:after="0" w:line="230" w:lineRule="auto"/>
        <w:ind w:right="4012"/>
        <w:jc w:val="right"/>
        <w:rPr>
          <w:lang w:val="ru-RU"/>
        </w:rPr>
      </w:pPr>
      <w:r w:rsidRPr="00B360A7">
        <w:rPr>
          <w:rFonts w:ascii="Times New Roman" w:eastAsia="Times New Roman" w:hAnsi="Times New Roman"/>
          <w:color w:val="000000"/>
          <w:sz w:val="24"/>
          <w:lang w:val="ru-RU"/>
        </w:rPr>
        <w:t>учебного предмета</w:t>
      </w:r>
    </w:p>
    <w:p w:rsidR="00AA5F8C" w:rsidRPr="00B360A7" w:rsidRDefault="00246700">
      <w:pPr>
        <w:autoSpaceDE w:val="0"/>
        <w:autoSpaceDN w:val="0"/>
        <w:spacing w:before="70" w:after="0" w:line="230" w:lineRule="auto"/>
        <w:ind w:right="4264"/>
        <w:jc w:val="right"/>
        <w:rPr>
          <w:lang w:val="ru-RU"/>
        </w:rPr>
      </w:pPr>
      <w:r w:rsidRPr="00B360A7">
        <w:rPr>
          <w:rFonts w:ascii="Times New Roman" w:eastAsia="Times New Roman" w:hAnsi="Times New Roman"/>
          <w:color w:val="000000"/>
          <w:sz w:val="24"/>
          <w:lang w:val="ru-RU"/>
        </w:rPr>
        <w:t>«Технология»</w:t>
      </w:r>
    </w:p>
    <w:p w:rsidR="00AA5F8C" w:rsidRPr="00B360A7" w:rsidRDefault="00246700">
      <w:pPr>
        <w:autoSpaceDE w:val="0"/>
        <w:autoSpaceDN w:val="0"/>
        <w:spacing w:before="670" w:after="0" w:line="230" w:lineRule="auto"/>
        <w:ind w:right="2672"/>
        <w:jc w:val="right"/>
        <w:rPr>
          <w:lang w:val="ru-RU"/>
        </w:rPr>
      </w:pPr>
      <w:r w:rsidRPr="00B360A7">
        <w:rPr>
          <w:rFonts w:ascii="Times New Roman" w:eastAsia="Times New Roman" w:hAnsi="Times New Roman"/>
          <w:color w:val="000000"/>
          <w:sz w:val="24"/>
          <w:lang w:val="ru-RU"/>
        </w:rPr>
        <w:t>для 2 класса начального общего образования</w:t>
      </w:r>
    </w:p>
    <w:p w:rsidR="00AA5F8C" w:rsidRPr="00B360A7" w:rsidRDefault="00246700">
      <w:pPr>
        <w:autoSpaceDE w:val="0"/>
        <w:autoSpaceDN w:val="0"/>
        <w:spacing w:before="70" w:after="0" w:line="230" w:lineRule="auto"/>
        <w:ind w:right="3610"/>
        <w:jc w:val="right"/>
        <w:rPr>
          <w:lang w:val="ru-RU"/>
        </w:rPr>
      </w:pPr>
      <w:r w:rsidRPr="00B360A7">
        <w:rPr>
          <w:rFonts w:ascii="Times New Roman" w:eastAsia="Times New Roman" w:hAnsi="Times New Roman"/>
          <w:color w:val="000000"/>
          <w:sz w:val="24"/>
          <w:lang w:val="ru-RU"/>
        </w:rPr>
        <w:t>на 2022-2023  учебный год</w:t>
      </w:r>
    </w:p>
    <w:p w:rsidR="00AA5F8C" w:rsidRPr="00B360A7" w:rsidRDefault="00246700">
      <w:pPr>
        <w:autoSpaceDE w:val="0"/>
        <w:autoSpaceDN w:val="0"/>
        <w:spacing w:before="2112" w:after="0" w:line="230" w:lineRule="auto"/>
        <w:ind w:right="34"/>
        <w:jc w:val="right"/>
        <w:rPr>
          <w:lang w:val="ru-RU"/>
        </w:rPr>
      </w:pPr>
      <w:r w:rsidRPr="00B360A7">
        <w:rPr>
          <w:rFonts w:ascii="Times New Roman" w:eastAsia="Times New Roman" w:hAnsi="Times New Roman"/>
          <w:color w:val="000000"/>
          <w:sz w:val="24"/>
          <w:lang w:val="ru-RU"/>
        </w:rPr>
        <w:t xml:space="preserve">Составитель: Мустафина </w:t>
      </w:r>
      <w:proofErr w:type="spellStart"/>
      <w:r w:rsidRPr="00B360A7">
        <w:rPr>
          <w:rFonts w:ascii="Times New Roman" w:eastAsia="Times New Roman" w:hAnsi="Times New Roman"/>
          <w:color w:val="000000"/>
          <w:sz w:val="24"/>
          <w:lang w:val="ru-RU"/>
        </w:rPr>
        <w:t>Залифя</w:t>
      </w:r>
      <w:proofErr w:type="spellEnd"/>
      <w:r w:rsidRPr="00B360A7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r w:rsidRPr="00B360A7">
        <w:rPr>
          <w:rFonts w:ascii="Times New Roman" w:eastAsia="Times New Roman" w:hAnsi="Times New Roman"/>
          <w:color w:val="000000"/>
          <w:sz w:val="24"/>
          <w:lang w:val="ru-RU"/>
        </w:rPr>
        <w:t>Ханисовна</w:t>
      </w:r>
      <w:proofErr w:type="spellEnd"/>
      <w:r w:rsidR="00B360A7">
        <w:rPr>
          <w:rFonts w:ascii="Times New Roman" w:eastAsia="Times New Roman" w:hAnsi="Times New Roman"/>
          <w:color w:val="000000"/>
          <w:sz w:val="24"/>
          <w:lang w:val="ru-RU"/>
        </w:rPr>
        <w:t>,</w:t>
      </w:r>
    </w:p>
    <w:p w:rsidR="00AA5F8C" w:rsidRPr="00B360A7" w:rsidRDefault="00246700">
      <w:pPr>
        <w:autoSpaceDE w:val="0"/>
        <w:autoSpaceDN w:val="0"/>
        <w:spacing w:before="70" w:after="0" w:line="230" w:lineRule="auto"/>
        <w:ind w:right="20"/>
        <w:jc w:val="right"/>
        <w:rPr>
          <w:lang w:val="ru-RU"/>
        </w:rPr>
      </w:pPr>
      <w:r w:rsidRPr="00B360A7">
        <w:rPr>
          <w:rFonts w:ascii="Times New Roman" w:eastAsia="Times New Roman" w:hAnsi="Times New Roman"/>
          <w:color w:val="000000"/>
          <w:sz w:val="24"/>
          <w:lang w:val="ru-RU"/>
        </w:rPr>
        <w:t>учитель начальных классов</w:t>
      </w:r>
    </w:p>
    <w:p w:rsidR="00AA5F8C" w:rsidRPr="00B360A7" w:rsidRDefault="00AA5F8C">
      <w:pPr>
        <w:rPr>
          <w:lang w:val="ru-RU"/>
        </w:rPr>
        <w:sectPr w:rsidR="00AA5F8C" w:rsidRPr="00B360A7">
          <w:pgSz w:w="11900" w:h="16840"/>
          <w:pgMar w:top="298" w:right="880" w:bottom="1440" w:left="738" w:header="720" w:footer="720" w:gutter="0"/>
          <w:cols w:space="720" w:equalWidth="0">
            <w:col w:w="10282" w:space="0"/>
          </w:cols>
          <w:docGrid w:linePitch="360"/>
        </w:sectPr>
      </w:pPr>
    </w:p>
    <w:p w:rsidR="00AA5F8C" w:rsidRPr="00B360A7" w:rsidRDefault="00AA5F8C">
      <w:pPr>
        <w:autoSpaceDE w:val="0"/>
        <w:autoSpaceDN w:val="0"/>
        <w:spacing w:after="78" w:line="220" w:lineRule="exact"/>
        <w:rPr>
          <w:lang w:val="ru-RU"/>
        </w:rPr>
      </w:pPr>
    </w:p>
    <w:p w:rsidR="00AA5F8C" w:rsidRPr="00B360A7" w:rsidRDefault="00246700">
      <w:pPr>
        <w:autoSpaceDE w:val="0"/>
        <w:autoSpaceDN w:val="0"/>
        <w:spacing w:after="0" w:line="230" w:lineRule="auto"/>
        <w:ind w:right="3294"/>
        <w:jc w:val="right"/>
        <w:rPr>
          <w:lang w:val="ru-RU"/>
        </w:rPr>
      </w:pPr>
      <w:r w:rsidRPr="00B360A7">
        <w:rPr>
          <w:rFonts w:ascii="Times New Roman" w:eastAsia="Times New Roman" w:hAnsi="Times New Roman"/>
          <w:color w:val="000000"/>
          <w:sz w:val="24"/>
          <w:lang w:val="ru-RU"/>
        </w:rPr>
        <w:t xml:space="preserve">Старый </w:t>
      </w:r>
      <w:proofErr w:type="spellStart"/>
      <w:r w:rsidRPr="00B360A7">
        <w:rPr>
          <w:rFonts w:ascii="Times New Roman" w:eastAsia="Times New Roman" w:hAnsi="Times New Roman"/>
          <w:color w:val="000000"/>
          <w:sz w:val="24"/>
          <w:lang w:val="ru-RU"/>
        </w:rPr>
        <w:t>Акбуляк</w:t>
      </w:r>
      <w:proofErr w:type="spellEnd"/>
      <w:r w:rsidRPr="00B360A7">
        <w:rPr>
          <w:rFonts w:ascii="Times New Roman" w:eastAsia="Times New Roman" w:hAnsi="Times New Roman"/>
          <w:color w:val="000000"/>
          <w:sz w:val="24"/>
          <w:lang w:val="ru-RU"/>
        </w:rPr>
        <w:t xml:space="preserve"> 2022</w:t>
      </w:r>
    </w:p>
    <w:p w:rsidR="00AA5F8C" w:rsidRPr="00B360A7" w:rsidRDefault="00AA5F8C">
      <w:pPr>
        <w:rPr>
          <w:lang w:val="ru-RU"/>
        </w:rPr>
        <w:sectPr w:rsidR="00AA5F8C" w:rsidRPr="00B360A7">
          <w:pgSz w:w="11900" w:h="16840"/>
          <w:pgMar w:top="298" w:right="1440" w:bottom="1440" w:left="1440" w:header="720" w:footer="720" w:gutter="0"/>
          <w:cols w:space="720" w:equalWidth="0">
            <w:col w:w="9020" w:space="0"/>
          </w:cols>
          <w:docGrid w:linePitch="360"/>
        </w:sectPr>
      </w:pPr>
    </w:p>
    <w:p w:rsidR="00AA5F8C" w:rsidRPr="00B360A7" w:rsidRDefault="00AA5F8C">
      <w:pPr>
        <w:autoSpaceDE w:val="0"/>
        <w:autoSpaceDN w:val="0"/>
        <w:spacing w:after="78" w:line="220" w:lineRule="exact"/>
        <w:rPr>
          <w:lang w:val="ru-RU"/>
        </w:rPr>
      </w:pPr>
    </w:p>
    <w:p w:rsidR="00AA5F8C" w:rsidRPr="00B360A7" w:rsidRDefault="00246700">
      <w:pPr>
        <w:autoSpaceDE w:val="0"/>
        <w:autoSpaceDN w:val="0"/>
        <w:spacing w:after="0" w:line="230" w:lineRule="auto"/>
        <w:rPr>
          <w:lang w:val="ru-RU"/>
        </w:rPr>
      </w:pPr>
      <w:r w:rsidRPr="00B360A7">
        <w:rPr>
          <w:rFonts w:ascii="Times New Roman" w:eastAsia="Times New Roman" w:hAnsi="Times New Roman"/>
          <w:b/>
          <w:color w:val="000000"/>
          <w:sz w:val="24"/>
          <w:lang w:val="ru-RU"/>
        </w:rPr>
        <w:t>ПОЯСНИТЕЛЬНАЯ ЗАПИСКА</w:t>
      </w:r>
    </w:p>
    <w:p w:rsidR="00AA5F8C" w:rsidRPr="00106205" w:rsidRDefault="00246700">
      <w:pPr>
        <w:autoSpaceDE w:val="0"/>
        <w:autoSpaceDN w:val="0"/>
        <w:spacing w:before="346" w:after="0" w:line="271" w:lineRule="auto"/>
        <w:ind w:right="432" w:firstLine="180"/>
        <w:rPr>
          <w:lang w:val="ru-RU"/>
        </w:rPr>
      </w:pPr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>Программа по учебному предмету «Технология» включает: пояснительную записку, содержание обучения, планируемые результаты освоения программы учебного предмета, тематическое планирование.</w:t>
      </w:r>
    </w:p>
    <w:p w:rsidR="00AA5F8C" w:rsidRPr="00106205" w:rsidRDefault="00246700">
      <w:pPr>
        <w:autoSpaceDE w:val="0"/>
        <w:autoSpaceDN w:val="0"/>
        <w:spacing w:before="70" w:after="0"/>
        <w:ind w:right="144" w:firstLine="180"/>
        <w:rPr>
          <w:lang w:val="ru-RU"/>
        </w:rPr>
      </w:pPr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 xml:space="preserve">Пояснительная записка отражает общие цели и задачи изучения предмета, характеристику психологических предпосылок к его изучению младшими школьниками; место в структуре учебного плана, а также подходы к отбору содержания, планируемым результатам и тематическому </w:t>
      </w:r>
      <w:r w:rsidRPr="00106205">
        <w:rPr>
          <w:lang w:val="ru-RU"/>
        </w:rPr>
        <w:br/>
      </w:r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>планированию.</w:t>
      </w:r>
    </w:p>
    <w:p w:rsidR="00AA5F8C" w:rsidRPr="00106205" w:rsidRDefault="00246700">
      <w:pPr>
        <w:autoSpaceDE w:val="0"/>
        <w:autoSpaceDN w:val="0"/>
        <w:spacing w:before="70" w:after="0" w:line="286" w:lineRule="auto"/>
        <w:ind w:firstLine="180"/>
        <w:rPr>
          <w:lang w:val="ru-RU"/>
        </w:rPr>
      </w:pPr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 xml:space="preserve">Содержание обучения раскрывается через модули. Приведён перечень универсальных учебных действий — познавательных, коммуникативных и регулятивных, формирование которых может быть достигнуто средствами учебного предмета «Технология» с учётом возрастных особенностей обучающихся начальных классов. Во втором классе предлагается пропедевтический уровень формирования УУД, поскольку становление универсальности действий на этом этапе обучения только начинается. В познавательных универсальных учебных действиях выделен специальный раздел «Работа с информацией». С учётом того, что выполнение правил совместной деятельности строится на интеграции регулятивных УУД (определённые волевые усилия, </w:t>
      </w:r>
      <w:proofErr w:type="spellStart"/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>саморегуляция</w:t>
      </w:r>
      <w:proofErr w:type="spellEnd"/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>, самоконтроль, проявление терпения и доброжелательности при налаживании отношений) и коммуникативных УУД (способность вербальными средствами устанавливать взаимоотношения), их перечень дан в специальном разделе — «Совместная деятельность».</w:t>
      </w:r>
    </w:p>
    <w:p w:rsidR="00AA5F8C" w:rsidRPr="00106205" w:rsidRDefault="00246700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106205">
        <w:rPr>
          <w:lang w:val="ru-RU"/>
        </w:rPr>
        <w:tab/>
      </w:r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 xml:space="preserve">Планируемые результаты включают личностные, </w:t>
      </w:r>
      <w:proofErr w:type="spellStart"/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>метапредметные</w:t>
      </w:r>
      <w:proofErr w:type="spellEnd"/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 xml:space="preserve"> результаты за период обучения, а также предметные достижения младшего школьника за каждый год обучения в начальной школе.</w:t>
      </w:r>
    </w:p>
    <w:p w:rsidR="00AA5F8C" w:rsidRPr="00106205" w:rsidRDefault="00246700">
      <w:pPr>
        <w:tabs>
          <w:tab w:val="left" w:pos="180"/>
        </w:tabs>
        <w:autoSpaceDE w:val="0"/>
        <w:autoSpaceDN w:val="0"/>
        <w:spacing w:before="190" w:after="0" w:line="281" w:lineRule="auto"/>
        <w:ind w:right="864"/>
        <w:rPr>
          <w:lang w:val="ru-RU"/>
        </w:rPr>
      </w:pPr>
      <w:r w:rsidRPr="00106205">
        <w:rPr>
          <w:lang w:val="ru-RU"/>
        </w:rPr>
        <w:tab/>
      </w:r>
      <w:r w:rsidRPr="00106205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ПРЕДМЕТА «ТЕХНОЛОГИЯ»</w:t>
      </w:r>
      <w:r w:rsidRPr="00106205">
        <w:rPr>
          <w:lang w:val="ru-RU"/>
        </w:rPr>
        <w:br/>
      </w:r>
      <w:r w:rsidRPr="00106205">
        <w:rPr>
          <w:lang w:val="ru-RU"/>
        </w:rPr>
        <w:tab/>
      </w:r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>Предлагаемая программа отражает вариант конкретизации требований Федерального государственного образовательного стандарта начального общего образования по предметной области (предмету) «Технология» и обеспечивает обозначенную в нём содержательную составляющую по данному учебному предмету.</w:t>
      </w:r>
    </w:p>
    <w:p w:rsidR="00AA5F8C" w:rsidRPr="00106205" w:rsidRDefault="00246700">
      <w:pPr>
        <w:autoSpaceDE w:val="0"/>
        <w:autoSpaceDN w:val="0"/>
        <w:spacing w:before="70" w:after="0" w:line="286" w:lineRule="auto"/>
        <w:ind w:firstLine="180"/>
        <w:rPr>
          <w:lang w:val="ru-RU"/>
        </w:rPr>
      </w:pPr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 xml:space="preserve">В соответствии с требованиями времени и инновационными установками отечественного </w:t>
      </w:r>
      <w:r w:rsidRPr="00106205">
        <w:rPr>
          <w:lang w:val="ru-RU"/>
        </w:rPr>
        <w:br/>
      </w:r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 xml:space="preserve">образования, обозначенными во ФГОС НОО, данная программа обеспечивает реализацию </w:t>
      </w:r>
      <w:r w:rsidRPr="00106205">
        <w:rPr>
          <w:lang w:val="ru-RU"/>
        </w:rPr>
        <w:br/>
      </w:r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>обновлённой концептуальной идеи учебного предмета «Технология». Её особенность состоит в формирован</w:t>
      </w:r>
      <w:proofErr w:type="gramStart"/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>ии у о</w:t>
      </w:r>
      <w:proofErr w:type="gramEnd"/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>бучающихся социально ценных качеств, креативности и общей культуры личности. Новые социально-экономические условия требуют включения каждого учебного предмета в данный процесс, а уроки технологии обладают большими специфическими резервами для решения данной задачи, особенно на уровне начального образования. В частности, курс технологии обладает возможностями в укреплении фундамента для развития умственной деятельности обучающихся начальных классов.</w:t>
      </w:r>
    </w:p>
    <w:p w:rsidR="00AA5F8C" w:rsidRPr="00106205" w:rsidRDefault="00246700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 xml:space="preserve">В курсе технологии осуществляется реализация широкого спектра </w:t>
      </w:r>
      <w:proofErr w:type="spellStart"/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>межпредметных</w:t>
      </w:r>
      <w:proofErr w:type="spellEnd"/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 xml:space="preserve"> связей.</w:t>
      </w:r>
    </w:p>
    <w:p w:rsidR="00AA5F8C" w:rsidRPr="00106205" w:rsidRDefault="00246700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106205">
        <w:rPr>
          <w:lang w:val="ru-RU"/>
        </w:rPr>
        <w:tab/>
      </w:r>
      <w:r w:rsidRPr="0010620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Математика </w:t>
      </w:r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>— 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числами.</w:t>
      </w:r>
    </w:p>
    <w:p w:rsidR="00AA5F8C" w:rsidRPr="00106205" w:rsidRDefault="00246700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106205">
        <w:rPr>
          <w:lang w:val="ru-RU"/>
        </w:rPr>
        <w:tab/>
      </w:r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>Изобразительное искусство — использование средств художественной выразительности, законов и правил декоративно-прикладного искусства и дизайна.</w:t>
      </w:r>
    </w:p>
    <w:p w:rsidR="00AA5F8C" w:rsidRPr="00106205" w:rsidRDefault="00246700">
      <w:pPr>
        <w:tabs>
          <w:tab w:val="left" w:pos="180"/>
        </w:tabs>
        <w:autoSpaceDE w:val="0"/>
        <w:autoSpaceDN w:val="0"/>
        <w:spacing w:before="70" w:after="0"/>
        <w:rPr>
          <w:lang w:val="ru-RU"/>
        </w:rPr>
      </w:pPr>
      <w:r w:rsidRPr="00106205">
        <w:rPr>
          <w:lang w:val="ru-RU"/>
        </w:rPr>
        <w:tab/>
      </w:r>
      <w:r w:rsidRPr="00106205">
        <w:rPr>
          <w:rFonts w:ascii="Times New Roman" w:eastAsia="Times New Roman" w:hAnsi="Times New Roman"/>
          <w:b/>
          <w:color w:val="000000"/>
          <w:sz w:val="24"/>
          <w:lang w:val="ru-RU"/>
        </w:rPr>
        <w:t>Окружающий мир</w:t>
      </w:r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 xml:space="preserve"> — 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традиции. </w:t>
      </w:r>
      <w:r w:rsidRPr="00106205">
        <w:rPr>
          <w:lang w:val="ru-RU"/>
        </w:rPr>
        <w:tab/>
      </w:r>
      <w:r w:rsidRPr="00106205">
        <w:rPr>
          <w:rFonts w:ascii="Times New Roman" w:eastAsia="Times New Roman" w:hAnsi="Times New Roman"/>
          <w:b/>
          <w:color w:val="000000"/>
          <w:sz w:val="24"/>
          <w:lang w:val="ru-RU"/>
        </w:rPr>
        <w:t>Родной язык</w:t>
      </w:r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 xml:space="preserve"> —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деятельности.</w:t>
      </w:r>
    </w:p>
    <w:p w:rsidR="00AA5F8C" w:rsidRPr="00106205" w:rsidRDefault="00246700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106205">
        <w:rPr>
          <w:rFonts w:ascii="Times New Roman" w:eastAsia="Times New Roman" w:hAnsi="Times New Roman"/>
          <w:b/>
          <w:color w:val="000000"/>
          <w:sz w:val="24"/>
          <w:lang w:val="ru-RU"/>
        </w:rPr>
        <w:t>Литературное чтени</w:t>
      </w:r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>е — работа с текстами для создания образа, реализуемого в изделии.</w:t>
      </w:r>
    </w:p>
    <w:p w:rsidR="00AA5F8C" w:rsidRPr="00106205" w:rsidRDefault="00AA5F8C">
      <w:pPr>
        <w:rPr>
          <w:lang w:val="ru-RU"/>
        </w:rPr>
        <w:sectPr w:rsidR="00AA5F8C" w:rsidRPr="00106205">
          <w:pgSz w:w="11900" w:h="16840"/>
          <w:pgMar w:top="298" w:right="650" w:bottom="39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AA5F8C" w:rsidRPr="00106205" w:rsidRDefault="00AA5F8C">
      <w:pPr>
        <w:autoSpaceDE w:val="0"/>
        <w:autoSpaceDN w:val="0"/>
        <w:spacing w:after="78" w:line="220" w:lineRule="exact"/>
        <w:rPr>
          <w:lang w:val="ru-RU"/>
        </w:rPr>
      </w:pPr>
    </w:p>
    <w:p w:rsidR="00AA5F8C" w:rsidRPr="00106205" w:rsidRDefault="00246700">
      <w:pPr>
        <w:autoSpaceDE w:val="0"/>
        <w:autoSpaceDN w:val="0"/>
        <w:spacing w:after="0" w:line="271" w:lineRule="auto"/>
        <w:ind w:right="720" w:firstLine="180"/>
        <w:rPr>
          <w:lang w:val="ru-RU"/>
        </w:rPr>
      </w:pPr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>Важнейшая особенность уроков технологии в начальной школе — предметно-практическая деятельность как необходимая составляющая целостного процесса интеллектуального, а также духовного и нравственного развития обучающихся младшего школьного возраста.</w:t>
      </w:r>
    </w:p>
    <w:p w:rsidR="00AA5F8C" w:rsidRPr="00106205" w:rsidRDefault="00246700">
      <w:pPr>
        <w:autoSpaceDE w:val="0"/>
        <w:autoSpaceDN w:val="0"/>
        <w:spacing w:before="70" w:after="0"/>
        <w:ind w:firstLine="180"/>
        <w:rPr>
          <w:lang w:val="ru-RU"/>
        </w:rPr>
      </w:pPr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 xml:space="preserve">Продуктивная предметная деятельность на уроках технологии является основой формирования познавательных способностей школьников, стремления активно знакомиться с историей </w:t>
      </w:r>
      <w:r w:rsidRPr="00106205">
        <w:rPr>
          <w:lang w:val="ru-RU"/>
        </w:rPr>
        <w:br/>
      </w:r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>материальной культуры и семейных традиций своего и других народов и уважительного отношения к ним.</w:t>
      </w:r>
    </w:p>
    <w:p w:rsidR="00AA5F8C" w:rsidRPr="00106205" w:rsidRDefault="00246700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>Занятия продуктивной деятельностью закладывают основу для формирования у обучающихся социально-значимых практических умений и опыта преобразовательной творческой деятельности как предпосылки для успешной социализации личности младшего школьника.</w:t>
      </w:r>
    </w:p>
    <w:p w:rsidR="00AA5F8C" w:rsidRPr="00106205" w:rsidRDefault="00246700">
      <w:pPr>
        <w:autoSpaceDE w:val="0"/>
        <w:autoSpaceDN w:val="0"/>
        <w:spacing w:before="72" w:after="0" w:line="271" w:lineRule="auto"/>
        <w:ind w:firstLine="180"/>
        <w:rPr>
          <w:lang w:val="ru-RU"/>
        </w:rPr>
      </w:pPr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>На уроках технологии ученики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</w:t>
      </w:r>
    </w:p>
    <w:p w:rsidR="00AA5F8C" w:rsidRPr="00106205" w:rsidRDefault="00246700">
      <w:pPr>
        <w:tabs>
          <w:tab w:val="left" w:pos="180"/>
        </w:tabs>
        <w:autoSpaceDE w:val="0"/>
        <w:autoSpaceDN w:val="0"/>
        <w:spacing w:before="190" w:after="0" w:line="281" w:lineRule="auto"/>
        <w:ind w:right="144"/>
        <w:rPr>
          <w:lang w:val="ru-RU"/>
        </w:rPr>
      </w:pPr>
      <w:r w:rsidRPr="00106205">
        <w:rPr>
          <w:lang w:val="ru-RU"/>
        </w:rPr>
        <w:tab/>
      </w:r>
      <w:r w:rsidRPr="00106205">
        <w:rPr>
          <w:rFonts w:ascii="Times New Roman" w:eastAsia="Times New Roman" w:hAnsi="Times New Roman"/>
          <w:b/>
          <w:color w:val="000000"/>
          <w:sz w:val="24"/>
          <w:lang w:val="ru-RU"/>
        </w:rPr>
        <w:t>ЦЕЛИ ИЗУЧЕНИЯ УЧЕБНОГО ПРЕДМЕТА «ТЕХНОЛОГИЯ»</w:t>
      </w:r>
      <w:r w:rsidRPr="00106205">
        <w:rPr>
          <w:lang w:val="ru-RU"/>
        </w:rPr>
        <w:br/>
      </w:r>
      <w:r w:rsidRPr="00106205">
        <w:rPr>
          <w:lang w:val="ru-RU"/>
        </w:rPr>
        <w:tab/>
      </w:r>
      <w:r w:rsidRPr="0010620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Основной целью </w:t>
      </w:r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>предмета является успешная социализация обучающихся, формирование у них функциональной грамотности на базе освоения культурологических и конструкторск</w:t>
      </w:r>
      <w:proofErr w:type="gramStart"/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>о-</w:t>
      </w:r>
      <w:proofErr w:type="gramEnd"/>
      <w:r w:rsidRPr="00106205">
        <w:rPr>
          <w:lang w:val="ru-RU"/>
        </w:rPr>
        <w:br/>
      </w:r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>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умений, представленных в содержании учебного предмета.</w:t>
      </w:r>
    </w:p>
    <w:p w:rsidR="00AA5F8C" w:rsidRPr="00106205" w:rsidRDefault="00246700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106205">
        <w:rPr>
          <w:lang w:val="ru-RU"/>
        </w:rPr>
        <w:tab/>
      </w:r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>Для реализации основной цели и концептуальной идеи данного предмета необходимо решение системы приоритетных задач: образовательных, развивающих и воспитательных.</w:t>
      </w:r>
    </w:p>
    <w:p w:rsidR="00AA5F8C" w:rsidRPr="00106205" w:rsidRDefault="00246700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106205">
        <w:rPr>
          <w:lang w:val="ru-RU"/>
        </w:rPr>
        <w:tab/>
      </w:r>
      <w:r w:rsidRPr="0010620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Образовательные задачи курса: </w:t>
      </w:r>
      <w:r w:rsidRPr="00106205">
        <w:rPr>
          <w:lang w:val="ru-RU"/>
        </w:rPr>
        <w:br/>
      </w:r>
      <w:r w:rsidRPr="00106205">
        <w:rPr>
          <w:lang w:val="ru-RU"/>
        </w:rPr>
        <w:tab/>
      </w:r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формирование общих представлений о культуре и организации трудовой деятельности как важной части общей культуры человека; </w:t>
      </w:r>
      <w:r w:rsidRPr="00106205">
        <w:rPr>
          <w:lang w:val="ru-RU"/>
        </w:rPr>
        <w:br/>
      </w:r>
      <w:r w:rsidRPr="00106205">
        <w:rPr>
          <w:lang w:val="ru-RU"/>
        </w:rPr>
        <w:tab/>
      </w:r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 xml:space="preserve"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 </w:t>
      </w:r>
      <w:r w:rsidRPr="00106205">
        <w:rPr>
          <w:lang w:val="ru-RU"/>
        </w:rPr>
        <w:br/>
      </w:r>
      <w:r w:rsidRPr="00106205">
        <w:rPr>
          <w:lang w:val="ru-RU"/>
        </w:rPr>
        <w:tab/>
      </w:r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формирование основ </w:t>
      </w:r>
      <w:proofErr w:type="spellStart"/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>чертёжно</w:t>
      </w:r>
      <w:proofErr w:type="spellEnd"/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 xml:space="preserve">-графической грамотности, умения работать с простейшей технологической документацией (рисунок, чертёж, эскиз, схема); </w:t>
      </w:r>
      <w:r w:rsidRPr="00106205">
        <w:rPr>
          <w:lang w:val="ru-RU"/>
        </w:rPr>
        <w:br/>
      </w:r>
      <w:r w:rsidRPr="00106205">
        <w:rPr>
          <w:lang w:val="ru-RU"/>
        </w:rPr>
        <w:tab/>
      </w:r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умений.</w:t>
      </w:r>
    </w:p>
    <w:p w:rsidR="00AA5F8C" w:rsidRPr="00106205" w:rsidRDefault="00246700">
      <w:pPr>
        <w:tabs>
          <w:tab w:val="left" w:pos="180"/>
        </w:tabs>
        <w:autoSpaceDE w:val="0"/>
        <w:autoSpaceDN w:val="0"/>
        <w:spacing w:before="72" w:after="0" w:line="286" w:lineRule="auto"/>
        <w:rPr>
          <w:lang w:val="ru-RU"/>
        </w:rPr>
      </w:pPr>
      <w:r w:rsidRPr="00106205">
        <w:rPr>
          <w:lang w:val="ru-RU"/>
        </w:rPr>
        <w:tab/>
      </w:r>
      <w:proofErr w:type="gramStart"/>
      <w:r w:rsidRPr="0010620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Развивающие задачи: </w:t>
      </w:r>
      <w:r w:rsidRPr="00106205">
        <w:rPr>
          <w:lang w:val="ru-RU"/>
        </w:rPr>
        <w:br/>
      </w:r>
      <w:r w:rsidRPr="00106205">
        <w:rPr>
          <w:lang w:val="ru-RU"/>
        </w:rPr>
        <w:tab/>
      </w:r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развитие сенсомоторных процессов, психомоторной координации, глазомера через формирование практических умений; </w:t>
      </w:r>
      <w:r w:rsidRPr="00106205">
        <w:rPr>
          <w:lang w:val="ru-RU"/>
        </w:rPr>
        <w:br/>
      </w:r>
      <w:r w:rsidRPr="00106205">
        <w:rPr>
          <w:lang w:val="ru-RU"/>
        </w:rPr>
        <w:tab/>
      </w:r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 xml:space="preserve">расширение культурного кругозора, развитие способности творческого использования полученных знаний и умений в практической деятельности; </w:t>
      </w:r>
      <w:r w:rsidRPr="00106205">
        <w:rPr>
          <w:lang w:val="ru-RU"/>
        </w:rPr>
        <w:br/>
      </w:r>
      <w:r w:rsidRPr="00106205">
        <w:rPr>
          <w:lang w:val="ru-RU"/>
        </w:rPr>
        <w:tab/>
      </w:r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 </w:t>
      </w:r>
      <w:r w:rsidRPr="00106205">
        <w:rPr>
          <w:lang w:val="ru-RU"/>
        </w:rPr>
        <w:br/>
      </w:r>
      <w:r w:rsidRPr="00106205">
        <w:rPr>
          <w:lang w:val="ru-RU"/>
        </w:rPr>
        <w:tab/>
      </w:r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>развитие гибкости и вариативности мышления, способностей к изобретательской деятельности.</w:t>
      </w:r>
      <w:proofErr w:type="gramEnd"/>
    </w:p>
    <w:p w:rsidR="00AA5F8C" w:rsidRPr="00106205" w:rsidRDefault="00246700">
      <w:pPr>
        <w:tabs>
          <w:tab w:val="left" w:pos="180"/>
        </w:tabs>
        <w:autoSpaceDE w:val="0"/>
        <w:autoSpaceDN w:val="0"/>
        <w:spacing w:before="70" w:after="0" w:line="283" w:lineRule="auto"/>
        <w:rPr>
          <w:lang w:val="ru-RU"/>
        </w:rPr>
      </w:pPr>
      <w:r w:rsidRPr="00106205">
        <w:rPr>
          <w:lang w:val="ru-RU"/>
        </w:rPr>
        <w:tab/>
      </w:r>
      <w:r w:rsidRPr="00106205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Воспитательные задачи: </w:t>
      </w:r>
      <w:r w:rsidRPr="00106205">
        <w:rPr>
          <w:lang w:val="ru-RU"/>
        </w:rPr>
        <w:br/>
      </w:r>
      <w:r w:rsidRPr="00106205">
        <w:rPr>
          <w:lang w:val="ru-RU"/>
        </w:rPr>
        <w:tab/>
      </w:r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воспитание уважительного отношения к людям труда, к культурным традициям, понимания ценности предшествующих культур, отражённых в материальном мире; </w:t>
      </w:r>
      <w:r w:rsidRPr="00106205">
        <w:rPr>
          <w:lang w:val="ru-RU"/>
        </w:rPr>
        <w:br/>
      </w:r>
      <w:r w:rsidRPr="00106205">
        <w:rPr>
          <w:lang w:val="ru-RU"/>
        </w:rPr>
        <w:tab/>
      </w:r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>саморегуляции</w:t>
      </w:r>
      <w:proofErr w:type="spellEnd"/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 xml:space="preserve">, активности и инициативности; </w:t>
      </w:r>
      <w:r w:rsidRPr="00106205">
        <w:rPr>
          <w:lang w:val="ru-RU"/>
        </w:rPr>
        <w:br/>
      </w:r>
      <w:r w:rsidRPr="00106205">
        <w:rPr>
          <w:lang w:val="ru-RU"/>
        </w:rPr>
        <w:tab/>
      </w:r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>воспитание интереса и творческого отношения к продуктивной созидательной деятельности,</w:t>
      </w:r>
    </w:p>
    <w:p w:rsidR="00AA5F8C" w:rsidRPr="00106205" w:rsidRDefault="00AA5F8C">
      <w:pPr>
        <w:rPr>
          <w:lang w:val="ru-RU"/>
        </w:rPr>
        <w:sectPr w:rsidR="00AA5F8C" w:rsidRPr="00106205">
          <w:pgSz w:w="11900" w:h="16840"/>
          <w:pgMar w:top="298" w:right="704" w:bottom="368" w:left="666" w:header="720" w:footer="720" w:gutter="0"/>
          <w:cols w:space="720" w:equalWidth="0">
            <w:col w:w="10530" w:space="0"/>
          </w:cols>
          <w:docGrid w:linePitch="360"/>
        </w:sectPr>
      </w:pPr>
    </w:p>
    <w:p w:rsidR="00AA5F8C" w:rsidRPr="00106205" w:rsidRDefault="00AA5F8C">
      <w:pPr>
        <w:autoSpaceDE w:val="0"/>
        <w:autoSpaceDN w:val="0"/>
        <w:spacing w:after="66" w:line="220" w:lineRule="exact"/>
        <w:rPr>
          <w:lang w:val="ru-RU"/>
        </w:rPr>
      </w:pPr>
    </w:p>
    <w:p w:rsidR="00AA5F8C" w:rsidRPr="00106205" w:rsidRDefault="00246700">
      <w:pPr>
        <w:tabs>
          <w:tab w:val="left" w:pos="180"/>
        </w:tabs>
        <w:autoSpaceDE w:val="0"/>
        <w:autoSpaceDN w:val="0"/>
        <w:spacing w:after="0" w:line="281" w:lineRule="auto"/>
        <w:ind w:right="288"/>
        <w:rPr>
          <w:lang w:val="ru-RU"/>
        </w:rPr>
      </w:pPr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 xml:space="preserve">мотивации успеха и достижений, стремления к творческой самореализации; </w:t>
      </w:r>
      <w:r w:rsidRPr="00106205">
        <w:rPr>
          <w:lang w:val="ru-RU"/>
        </w:rPr>
        <w:br/>
      </w:r>
      <w:r w:rsidRPr="00106205">
        <w:rPr>
          <w:lang w:val="ru-RU"/>
        </w:rPr>
        <w:tab/>
      </w:r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 xml:space="preserve"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 </w:t>
      </w:r>
      <w:r w:rsidRPr="00106205">
        <w:rPr>
          <w:lang w:val="ru-RU"/>
        </w:rPr>
        <w:br/>
      </w:r>
      <w:r w:rsidRPr="00106205">
        <w:rPr>
          <w:lang w:val="ru-RU"/>
        </w:rPr>
        <w:tab/>
      </w:r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AA5F8C" w:rsidRPr="00106205" w:rsidRDefault="00246700">
      <w:pPr>
        <w:autoSpaceDE w:val="0"/>
        <w:autoSpaceDN w:val="0"/>
        <w:spacing w:before="190" w:after="0" w:line="271" w:lineRule="auto"/>
        <w:ind w:firstLine="180"/>
        <w:rPr>
          <w:lang w:val="ru-RU"/>
        </w:rPr>
      </w:pPr>
      <w:r w:rsidRPr="0010620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МЕСТО УЧЕБНОГО ПРЕДМЕТА «ТЕХНОЛОГИЯ» В УЧЕБНОМ ПЛАНЕ </w:t>
      </w:r>
      <w:r w:rsidRPr="00106205">
        <w:rPr>
          <w:lang w:val="ru-RU"/>
        </w:rPr>
        <w:br/>
      </w:r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>Согласно требованиям ФГОС общее число часов на изучение курса «Технология» во 2 классе — 34 часа (по 1 часу в неделю)</w:t>
      </w:r>
    </w:p>
    <w:p w:rsidR="00AA5F8C" w:rsidRPr="00106205" w:rsidRDefault="00AA5F8C">
      <w:pPr>
        <w:rPr>
          <w:lang w:val="ru-RU"/>
        </w:rPr>
        <w:sectPr w:rsidR="00AA5F8C" w:rsidRPr="00106205">
          <w:pgSz w:w="11900" w:h="16840"/>
          <w:pgMar w:top="286" w:right="964" w:bottom="1440" w:left="666" w:header="720" w:footer="720" w:gutter="0"/>
          <w:cols w:space="720" w:equalWidth="0">
            <w:col w:w="10270" w:space="0"/>
          </w:cols>
          <w:docGrid w:linePitch="360"/>
        </w:sectPr>
      </w:pPr>
    </w:p>
    <w:p w:rsidR="00AA5F8C" w:rsidRPr="00106205" w:rsidRDefault="00AA5F8C">
      <w:pPr>
        <w:autoSpaceDE w:val="0"/>
        <w:autoSpaceDN w:val="0"/>
        <w:spacing w:after="78" w:line="220" w:lineRule="exact"/>
        <w:rPr>
          <w:lang w:val="ru-RU"/>
        </w:rPr>
      </w:pPr>
    </w:p>
    <w:p w:rsidR="00AA5F8C" w:rsidRPr="00106205" w:rsidRDefault="00246700">
      <w:pPr>
        <w:autoSpaceDE w:val="0"/>
        <w:autoSpaceDN w:val="0"/>
        <w:spacing w:after="0" w:line="230" w:lineRule="auto"/>
        <w:rPr>
          <w:lang w:val="ru-RU"/>
        </w:rPr>
      </w:pPr>
      <w:r w:rsidRPr="0010620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AA5F8C" w:rsidRPr="00106205" w:rsidRDefault="00246700">
      <w:pPr>
        <w:tabs>
          <w:tab w:val="left" w:pos="180"/>
        </w:tabs>
        <w:autoSpaceDE w:val="0"/>
        <w:autoSpaceDN w:val="0"/>
        <w:spacing w:before="346" w:after="0"/>
        <w:rPr>
          <w:lang w:val="ru-RU"/>
        </w:rPr>
      </w:pPr>
      <w:r w:rsidRPr="00106205">
        <w:rPr>
          <w:lang w:val="ru-RU"/>
        </w:rPr>
        <w:tab/>
      </w:r>
      <w:r w:rsidRPr="0010620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1. Технологии, профессии и производства </w:t>
      </w:r>
      <w:r w:rsidRPr="00106205">
        <w:rPr>
          <w:lang w:val="ru-RU"/>
        </w:rPr>
        <w:br/>
      </w:r>
      <w:r w:rsidRPr="00106205">
        <w:rPr>
          <w:lang w:val="ru-RU"/>
        </w:rPr>
        <w:tab/>
      </w:r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 xml:space="preserve">Рукотворный мир —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</w:t>
      </w:r>
      <w:r w:rsidRPr="00106205">
        <w:rPr>
          <w:lang w:val="ru-RU"/>
        </w:rPr>
        <w:br/>
      </w:r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>выразительность. Средства художественной выразительности (композиция, цвет, тон и др.).</w:t>
      </w:r>
    </w:p>
    <w:p w:rsidR="00AA5F8C" w:rsidRPr="00106205" w:rsidRDefault="00246700">
      <w:pPr>
        <w:autoSpaceDE w:val="0"/>
        <w:autoSpaceDN w:val="0"/>
        <w:spacing w:before="70" w:after="0" w:line="283" w:lineRule="auto"/>
        <w:ind w:right="144"/>
        <w:rPr>
          <w:lang w:val="ru-RU"/>
        </w:rPr>
      </w:pPr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>Изготовление изделий с учётом данного принципа. Общее представление о технологическом процессе: анализ устройства и назначения изделия; выстраивание последовательности практических действий и технологических операций; подбор материалов и инструментов; экономная разметка; обработка с целью получения (выделения) деталей, сборка, отделка изделия;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AA5F8C" w:rsidRPr="00106205" w:rsidRDefault="00246700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106205">
        <w:rPr>
          <w:lang w:val="ru-RU"/>
        </w:rPr>
        <w:tab/>
      </w:r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>Традиции и современность. Новая жизнь древних профессий. Совершенствование их технологических процессов. Мастера и их профессии; правила мастера. Культурные традиции.</w:t>
      </w:r>
    </w:p>
    <w:p w:rsidR="00AA5F8C" w:rsidRPr="00106205" w:rsidRDefault="00246700">
      <w:pPr>
        <w:tabs>
          <w:tab w:val="left" w:pos="180"/>
        </w:tabs>
        <w:autoSpaceDE w:val="0"/>
        <w:autoSpaceDN w:val="0"/>
        <w:spacing w:before="70" w:after="0" w:line="262" w:lineRule="auto"/>
        <w:ind w:right="1152"/>
        <w:rPr>
          <w:lang w:val="ru-RU"/>
        </w:rPr>
      </w:pPr>
      <w:r w:rsidRPr="00106205">
        <w:rPr>
          <w:lang w:val="ru-RU"/>
        </w:rPr>
        <w:tab/>
      </w:r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AA5F8C" w:rsidRPr="00106205" w:rsidRDefault="00246700">
      <w:pPr>
        <w:tabs>
          <w:tab w:val="left" w:pos="180"/>
        </w:tabs>
        <w:autoSpaceDE w:val="0"/>
        <w:autoSpaceDN w:val="0"/>
        <w:spacing w:before="70" w:after="0"/>
        <w:ind w:right="288"/>
        <w:rPr>
          <w:lang w:val="ru-RU"/>
        </w:rPr>
      </w:pPr>
      <w:r w:rsidRPr="00106205">
        <w:rPr>
          <w:lang w:val="ru-RU"/>
        </w:rPr>
        <w:tab/>
      </w:r>
      <w:r w:rsidRPr="0010620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2. Технологии ручной обработки материалов </w:t>
      </w:r>
      <w:r w:rsidRPr="00106205">
        <w:rPr>
          <w:lang w:val="ru-RU"/>
        </w:rPr>
        <w:br/>
      </w:r>
      <w:r w:rsidRPr="00106205">
        <w:rPr>
          <w:lang w:val="ru-RU"/>
        </w:rPr>
        <w:tab/>
      </w:r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AA5F8C" w:rsidRPr="00106205" w:rsidRDefault="00246700">
      <w:pPr>
        <w:autoSpaceDE w:val="0"/>
        <w:autoSpaceDN w:val="0"/>
        <w:spacing w:before="70" w:after="0" w:line="281" w:lineRule="auto"/>
        <w:ind w:right="288" w:firstLine="180"/>
        <w:rPr>
          <w:lang w:val="ru-RU"/>
        </w:rPr>
      </w:pPr>
      <w:proofErr w:type="gramStart"/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др.), сборка изделия (сшивание).</w:t>
      </w:r>
      <w:proofErr w:type="gramEnd"/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 xml:space="preserve"> Подвижное соединение деталей изделия. Использование </w:t>
      </w:r>
      <w:r w:rsidRPr="00106205">
        <w:rPr>
          <w:lang w:val="ru-RU"/>
        </w:rPr>
        <w:br/>
      </w:r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>соответствующих способов обработки материалов в зависимости от вида и назначения изделия.</w:t>
      </w:r>
    </w:p>
    <w:p w:rsidR="00AA5F8C" w:rsidRPr="00106205" w:rsidRDefault="00246700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>Виды условных графических изображений: рисунок, простейший чертёж, эскиз, схема. Чертёжные инструменты — линейка (угольник, циркуль). Их функциональное назначение, конструкция. Приёмы безопасной работы колющими (циркуль) инструментами.</w:t>
      </w:r>
    </w:p>
    <w:p w:rsidR="00AA5F8C" w:rsidRPr="00106205" w:rsidRDefault="00246700">
      <w:pPr>
        <w:autoSpaceDE w:val="0"/>
        <w:autoSpaceDN w:val="0"/>
        <w:spacing w:before="70" w:after="0" w:line="283" w:lineRule="auto"/>
        <w:ind w:right="144" w:firstLine="180"/>
        <w:rPr>
          <w:lang w:val="ru-RU"/>
        </w:rPr>
      </w:pPr>
      <w:r w:rsidRPr="00106205">
        <w:rPr>
          <w:rFonts w:ascii="Times New Roman" w:eastAsia="Times New Roman" w:hAnsi="Times New Roman"/>
          <w:color w:val="000000"/>
          <w:sz w:val="24"/>
          <w:u w:val="single"/>
          <w:lang w:val="ru-RU"/>
        </w:rPr>
        <w:t>Технология обработки бумаги и картона.</w:t>
      </w:r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 xml:space="preserve">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— </w:t>
      </w:r>
      <w:proofErr w:type="spellStart"/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>биговка</w:t>
      </w:r>
      <w:proofErr w:type="spellEnd"/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>. Подвижное соединение деталей на проволоку, толстую нитку.</w:t>
      </w:r>
    </w:p>
    <w:p w:rsidR="00AA5F8C" w:rsidRPr="00106205" w:rsidRDefault="00246700">
      <w:pPr>
        <w:autoSpaceDE w:val="0"/>
        <w:autoSpaceDN w:val="0"/>
        <w:spacing w:before="70" w:after="0" w:line="286" w:lineRule="auto"/>
        <w:ind w:firstLine="180"/>
        <w:rPr>
          <w:lang w:val="ru-RU"/>
        </w:rPr>
      </w:pPr>
      <w:r w:rsidRPr="00106205">
        <w:rPr>
          <w:rFonts w:ascii="Times New Roman" w:eastAsia="Times New Roman" w:hAnsi="Times New Roman"/>
          <w:color w:val="000000"/>
          <w:sz w:val="24"/>
          <w:u w:val="single"/>
          <w:lang w:val="ru-RU"/>
        </w:rPr>
        <w:t>Технология обработки текстильных материалов.</w:t>
      </w:r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 xml:space="preserve"> Строение ткани (поперечное и продольное направление нитей). Ткани и нитки растительного происхождения (полученные на основе </w:t>
      </w:r>
      <w:r w:rsidRPr="00106205">
        <w:rPr>
          <w:lang w:val="ru-RU"/>
        </w:rPr>
        <w:br/>
      </w:r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>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и/или строчка косого стежка и её варианты (крестик, стебельчатая, ёлочка).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AA5F8C" w:rsidRPr="00106205" w:rsidRDefault="00246700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>Использование дополнительных материалов (например, проволока, пряжа, бусины и др.).</w:t>
      </w:r>
    </w:p>
    <w:p w:rsidR="00AA5F8C" w:rsidRPr="00106205" w:rsidRDefault="00246700">
      <w:pPr>
        <w:tabs>
          <w:tab w:val="left" w:pos="180"/>
        </w:tabs>
        <w:autoSpaceDE w:val="0"/>
        <w:autoSpaceDN w:val="0"/>
        <w:spacing w:before="70" w:after="0" w:line="271" w:lineRule="auto"/>
        <w:ind w:right="720"/>
        <w:rPr>
          <w:lang w:val="ru-RU"/>
        </w:rPr>
      </w:pPr>
      <w:r w:rsidRPr="00106205">
        <w:rPr>
          <w:lang w:val="ru-RU"/>
        </w:rPr>
        <w:tab/>
      </w:r>
      <w:r w:rsidRPr="0010620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3. Конструирование и </w:t>
      </w:r>
      <w:proofErr w:type="gramStart"/>
      <w:r w:rsidRPr="00106205">
        <w:rPr>
          <w:rFonts w:ascii="Times New Roman" w:eastAsia="Times New Roman" w:hAnsi="Times New Roman"/>
          <w:b/>
          <w:color w:val="000000"/>
          <w:sz w:val="24"/>
          <w:lang w:val="ru-RU"/>
        </w:rPr>
        <w:t>моделирование</w:t>
      </w:r>
      <w:proofErr w:type="gramEnd"/>
      <w:r w:rsidRPr="0010620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</w:t>
      </w:r>
      <w:r w:rsidRPr="00106205">
        <w:rPr>
          <w:lang w:val="ru-RU"/>
        </w:rPr>
        <w:br/>
      </w:r>
      <w:r w:rsidRPr="00106205">
        <w:rPr>
          <w:lang w:val="ru-RU"/>
        </w:rPr>
        <w:tab/>
      </w:r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AA5F8C" w:rsidRPr="00106205" w:rsidRDefault="00AA5F8C">
      <w:pPr>
        <w:rPr>
          <w:lang w:val="ru-RU"/>
        </w:rPr>
        <w:sectPr w:rsidR="00AA5F8C" w:rsidRPr="00106205">
          <w:pgSz w:w="11900" w:h="16840"/>
          <w:pgMar w:top="298" w:right="650" w:bottom="29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AA5F8C" w:rsidRPr="00106205" w:rsidRDefault="00AA5F8C">
      <w:pPr>
        <w:autoSpaceDE w:val="0"/>
        <w:autoSpaceDN w:val="0"/>
        <w:spacing w:after="96" w:line="220" w:lineRule="exact"/>
        <w:rPr>
          <w:lang w:val="ru-RU"/>
        </w:rPr>
      </w:pPr>
    </w:p>
    <w:p w:rsidR="00AA5F8C" w:rsidRPr="00106205" w:rsidRDefault="00246700">
      <w:pPr>
        <w:autoSpaceDE w:val="0"/>
        <w:autoSpaceDN w:val="0"/>
        <w:spacing w:after="0" w:line="271" w:lineRule="auto"/>
        <w:ind w:firstLine="180"/>
        <w:rPr>
          <w:lang w:val="ru-RU"/>
        </w:rPr>
      </w:pPr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AA5F8C" w:rsidRPr="00106205" w:rsidRDefault="00246700">
      <w:pPr>
        <w:autoSpaceDE w:val="0"/>
        <w:autoSpaceDN w:val="0"/>
        <w:spacing w:before="70" w:after="0" w:line="262" w:lineRule="auto"/>
        <w:ind w:left="180" w:right="2304"/>
        <w:rPr>
          <w:lang w:val="ru-RU"/>
        </w:rPr>
      </w:pPr>
      <w:r w:rsidRPr="0010620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4. Информационно-коммуникативные технологии </w:t>
      </w:r>
      <w:r w:rsidRPr="00106205">
        <w:rPr>
          <w:lang w:val="ru-RU"/>
        </w:rPr>
        <w:br/>
      </w:r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>Демонстрация учителем готовых материалов на информационных носителях.</w:t>
      </w:r>
    </w:p>
    <w:p w:rsidR="00AA5F8C" w:rsidRPr="00106205" w:rsidRDefault="00246700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>Поиск информации. Интернет как источник информации.</w:t>
      </w:r>
    </w:p>
    <w:p w:rsidR="00AA5F8C" w:rsidRPr="00106205" w:rsidRDefault="00246700">
      <w:pPr>
        <w:autoSpaceDE w:val="0"/>
        <w:autoSpaceDN w:val="0"/>
        <w:spacing w:before="190" w:after="0" w:line="286" w:lineRule="auto"/>
        <w:ind w:left="180" w:right="432"/>
        <w:rPr>
          <w:lang w:val="ru-RU"/>
        </w:rPr>
      </w:pPr>
      <w:proofErr w:type="gramStart"/>
      <w:r w:rsidRPr="0010620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Универсальные учебные действия </w:t>
      </w:r>
      <w:r w:rsidRPr="00106205">
        <w:rPr>
          <w:lang w:val="ru-RU"/>
        </w:rPr>
        <w:br/>
      </w:r>
      <w:r w:rsidRPr="00106205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Познавательные УУД: </w:t>
      </w:r>
      <w:r w:rsidRPr="00106205">
        <w:rPr>
          <w:lang w:val="ru-RU"/>
        </w:rPr>
        <w:br/>
      </w:r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 xml:space="preserve">ориентироваться в терминах, используемых в технологии (в пределах изученного); </w:t>
      </w:r>
      <w:r w:rsidRPr="00106205">
        <w:rPr>
          <w:lang w:val="ru-RU"/>
        </w:rPr>
        <w:br/>
      </w:r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 xml:space="preserve">выполнять работу в соответствии с образцом, инструкцией, устной или письменной; </w:t>
      </w:r>
      <w:r w:rsidRPr="00106205">
        <w:rPr>
          <w:lang w:val="ru-RU"/>
        </w:rPr>
        <w:br/>
      </w:r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 xml:space="preserve">выполнять действия анализа и синтеза, сравнения, группировки с учётом указанных критериев; строить рассуждения, делать умозаключения, проверять их в практической работе; </w:t>
      </w:r>
      <w:r w:rsidRPr="00106205">
        <w:rPr>
          <w:lang w:val="ru-RU"/>
        </w:rPr>
        <w:br/>
      </w:r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>воспроизводить порядок действий при решении учебной/практической задачи;</w:t>
      </w:r>
      <w:proofErr w:type="gramEnd"/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106205">
        <w:rPr>
          <w:lang w:val="ru-RU"/>
        </w:rPr>
        <w:br/>
      </w:r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>осуществлять решение простых задач в умственной и материализованной форме.</w:t>
      </w:r>
    </w:p>
    <w:p w:rsidR="00AA5F8C" w:rsidRPr="00106205" w:rsidRDefault="00246700">
      <w:pPr>
        <w:tabs>
          <w:tab w:val="left" w:pos="180"/>
        </w:tabs>
        <w:autoSpaceDE w:val="0"/>
        <w:autoSpaceDN w:val="0"/>
        <w:spacing w:before="70" w:after="0"/>
        <w:ind w:right="144"/>
        <w:rPr>
          <w:lang w:val="ru-RU"/>
        </w:rPr>
      </w:pPr>
      <w:r w:rsidRPr="00106205">
        <w:rPr>
          <w:lang w:val="ru-RU"/>
        </w:rPr>
        <w:tab/>
      </w:r>
      <w:r w:rsidRPr="00106205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Работа с информацией: </w:t>
      </w:r>
      <w:r w:rsidRPr="00106205">
        <w:rPr>
          <w:lang w:val="ru-RU"/>
        </w:rPr>
        <w:br/>
      </w:r>
      <w:r w:rsidRPr="00106205">
        <w:rPr>
          <w:lang w:val="ru-RU"/>
        </w:rPr>
        <w:tab/>
      </w:r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 xml:space="preserve">получать информацию из учебника и других дидактических материалов, использовать её в работе; </w:t>
      </w:r>
      <w:r w:rsidRPr="00106205">
        <w:rPr>
          <w:lang w:val="ru-RU"/>
        </w:rPr>
        <w:tab/>
      </w:r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:rsidR="00AA5F8C" w:rsidRPr="00106205" w:rsidRDefault="00246700">
      <w:pPr>
        <w:tabs>
          <w:tab w:val="left" w:pos="180"/>
        </w:tabs>
        <w:autoSpaceDE w:val="0"/>
        <w:autoSpaceDN w:val="0"/>
        <w:spacing w:before="70" w:after="0" w:line="281" w:lineRule="auto"/>
        <w:rPr>
          <w:lang w:val="ru-RU"/>
        </w:rPr>
      </w:pPr>
      <w:r w:rsidRPr="00106205">
        <w:rPr>
          <w:lang w:val="ru-RU"/>
        </w:rPr>
        <w:tab/>
      </w:r>
      <w:r w:rsidRPr="00106205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Коммуникативные УУД: </w:t>
      </w:r>
      <w:r w:rsidRPr="00106205">
        <w:rPr>
          <w:lang w:val="ru-RU"/>
        </w:rPr>
        <w:br/>
      </w:r>
      <w:r w:rsidRPr="00106205">
        <w:rPr>
          <w:lang w:val="ru-RU"/>
        </w:rPr>
        <w:tab/>
      </w:r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 xml:space="preserve">выполнять правила участия в учебном диалоге: задавать вопросы, дополнять ответы </w:t>
      </w:r>
      <w:r w:rsidRPr="00106205">
        <w:rPr>
          <w:lang w:val="ru-RU"/>
        </w:rPr>
        <w:br/>
      </w:r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 xml:space="preserve">одноклассников, высказывать своё мнение; отвечать на вопросы; проявлять уважительное отношение к одноклассникам, внимание к мнению другого; </w:t>
      </w:r>
      <w:r w:rsidRPr="00106205">
        <w:rPr>
          <w:lang w:val="ru-RU"/>
        </w:rPr>
        <w:br/>
      </w:r>
      <w:r w:rsidRPr="00106205">
        <w:rPr>
          <w:lang w:val="ru-RU"/>
        </w:rPr>
        <w:tab/>
      </w:r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>делиться впечатлениями о прослушанном (прочитанном) тексте, рассказе учителя; о выполненной работе, созданном изделии.</w:t>
      </w:r>
    </w:p>
    <w:p w:rsidR="00AA5F8C" w:rsidRPr="00106205" w:rsidRDefault="00246700">
      <w:pPr>
        <w:tabs>
          <w:tab w:val="left" w:pos="180"/>
        </w:tabs>
        <w:autoSpaceDE w:val="0"/>
        <w:autoSpaceDN w:val="0"/>
        <w:spacing w:before="70" w:after="0" w:line="286" w:lineRule="auto"/>
        <w:ind w:right="576"/>
        <w:rPr>
          <w:lang w:val="ru-RU"/>
        </w:rPr>
      </w:pPr>
      <w:r w:rsidRPr="00106205">
        <w:rPr>
          <w:lang w:val="ru-RU"/>
        </w:rPr>
        <w:tab/>
      </w:r>
      <w:r w:rsidRPr="00106205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Регулятивные УУД: </w:t>
      </w:r>
      <w:r w:rsidRPr="00106205">
        <w:rPr>
          <w:lang w:val="ru-RU"/>
        </w:rPr>
        <w:br/>
      </w:r>
      <w:r w:rsidRPr="00106205">
        <w:rPr>
          <w:lang w:val="ru-RU"/>
        </w:rPr>
        <w:tab/>
      </w:r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понимать и принимать учебную задачу; </w:t>
      </w:r>
      <w:r w:rsidRPr="00106205">
        <w:rPr>
          <w:lang w:val="ru-RU"/>
        </w:rPr>
        <w:br/>
      </w:r>
      <w:r w:rsidRPr="00106205">
        <w:rPr>
          <w:lang w:val="ru-RU"/>
        </w:rPr>
        <w:tab/>
      </w:r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 xml:space="preserve">организовывать свою деятельность; </w:t>
      </w:r>
      <w:r w:rsidRPr="00106205">
        <w:rPr>
          <w:lang w:val="ru-RU"/>
        </w:rPr>
        <w:br/>
      </w:r>
      <w:r w:rsidRPr="00106205">
        <w:rPr>
          <w:lang w:val="ru-RU"/>
        </w:rPr>
        <w:tab/>
      </w:r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понимать предлагаемый план действий, действовать по плану; </w:t>
      </w:r>
      <w:r w:rsidRPr="00106205">
        <w:rPr>
          <w:lang w:val="ru-RU"/>
        </w:rPr>
        <w:br/>
      </w:r>
      <w:r w:rsidRPr="00106205">
        <w:rPr>
          <w:lang w:val="ru-RU"/>
        </w:rPr>
        <w:tab/>
      </w:r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 xml:space="preserve">прогнозировать необходимые действия для получения практического результата, планировать работу; </w:t>
      </w:r>
      <w:r w:rsidRPr="00106205">
        <w:rPr>
          <w:lang w:val="ru-RU"/>
        </w:rPr>
        <w:br/>
      </w:r>
      <w:r w:rsidRPr="00106205">
        <w:rPr>
          <w:lang w:val="ru-RU"/>
        </w:rPr>
        <w:tab/>
      </w:r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 xml:space="preserve">выполнять действия контроля и оценки; </w:t>
      </w:r>
      <w:r w:rsidRPr="00106205">
        <w:rPr>
          <w:lang w:val="ru-RU"/>
        </w:rPr>
        <w:br/>
      </w:r>
      <w:r w:rsidRPr="00106205">
        <w:rPr>
          <w:lang w:val="ru-RU"/>
        </w:rPr>
        <w:tab/>
      </w:r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>воспринимать советы, оценку учителя и одноклассников, стараться учитывать их в работе.</w:t>
      </w:r>
    </w:p>
    <w:p w:rsidR="00AA5F8C" w:rsidRPr="00106205" w:rsidRDefault="00246700">
      <w:pPr>
        <w:tabs>
          <w:tab w:val="left" w:pos="180"/>
        </w:tabs>
        <w:autoSpaceDE w:val="0"/>
        <w:autoSpaceDN w:val="0"/>
        <w:spacing w:before="72" w:after="0" w:line="281" w:lineRule="auto"/>
        <w:rPr>
          <w:lang w:val="ru-RU"/>
        </w:rPr>
      </w:pPr>
      <w:r w:rsidRPr="00106205">
        <w:rPr>
          <w:lang w:val="ru-RU"/>
        </w:rPr>
        <w:tab/>
      </w:r>
      <w:r w:rsidRPr="00106205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Совместная деятельность: </w:t>
      </w:r>
      <w:r w:rsidRPr="00106205">
        <w:rPr>
          <w:lang w:val="ru-RU"/>
        </w:rPr>
        <w:br/>
      </w:r>
      <w:r w:rsidRPr="00106205">
        <w:rPr>
          <w:lang w:val="ru-RU"/>
        </w:rPr>
        <w:tab/>
      </w:r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 xml:space="preserve">выполнять элементарную совместную деятельность в процессе изготовления изделий, осуществлять взаимопомощь; </w:t>
      </w:r>
      <w:r w:rsidRPr="00106205">
        <w:rPr>
          <w:lang w:val="ru-RU"/>
        </w:rPr>
        <w:br/>
      </w:r>
      <w:r w:rsidRPr="00106205">
        <w:rPr>
          <w:lang w:val="ru-RU"/>
        </w:rPr>
        <w:tab/>
      </w:r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>выполнять правила совместной работы: справедливо распределять работу; договариваться, выполнять ответственно свою часть работы, уважительно относиться к чужому мнению.</w:t>
      </w:r>
    </w:p>
    <w:p w:rsidR="00AA5F8C" w:rsidRPr="00106205" w:rsidRDefault="00AA5F8C">
      <w:pPr>
        <w:rPr>
          <w:lang w:val="ru-RU"/>
        </w:rPr>
        <w:sectPr w:rsidR="00AA5F8C" w:rsidRPr="00106205">
          <w:pgSz w:w="11900" w:h="16840"/>
          <w:pgMar w:top="316" w:right="692" w:bottom="1440" w:left="666" w:header="720" w:footer="720" w:gutter="0"/>
          <w:cols w:space="720" w:equalWidth="0">
            <w:col w:w="10542" w:space="0"/>
          </w:cols>
          <w:docGrid w:linePitch="360"/>
        </w:sectPr>
      </w:pPr>
    </w:p>
    <w:p w:rsidR="00AA5F8C" w:rsidRPr="00106205" w:rsidRDefault="00AA5F8C">
      <w:pPr>
        <w:autoSpaceDE w:val="0"/>
        <w:autoSpaceDN w:val="0"/>
        <w:spacing w:after="78" w:line="220" w:lineRule="exact"/>
        <w:rPr>
          <w:lang w:val="ru-RU"/>
        </w:rPr>
      </w:pPr>
    </w:p>
    <w:p w:rsidR="00AA5F8C" w:rsidRPr="00106205" w:rsidRDefault="00246700">
      <w:pPr>
        <w:autoSpaceDE w:val="0"/>
        <w:autoSpaceDN w:val="0"/>
        <w:spacing w:after="0" w:line="262" w:lineRule="auto"/>
        <w:ind w:right="432"/>
        <w:rPr>
          <w:lang w:val="ru-RU"/>
        </w:rPr>
      </w:pPr>
      <w:r w:rsidRPr="00106205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РЕЗУЛЬТАТЫ ОСВОЕНИЯ УЧЕБНОГО ПРЕДМЕТА «ТЕХНОЛОГИЯ</w:t>
      </w:r>
      <w:proofErr w:type="gramStart"/>
      <w:r w:rsidRPr="00106205">
        <w:rPr>
          <w:rFonts w:ascii="Times New Roman" w:eastAsia="Times New Roman" w:hAnsi="Times New Roman"/>
          <w:b/>
          <w:color w:val="000000"/>
          <w:sz w:val="24"/>
          <w:lang w:val="ru-RU"/>
        </w:rPr>
        <w:t>»Н</w:t>
      </w:r>
      <w:proofErr w:type="gramEnd"/>
      <w:r w:rsidRPr="0010620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А УРОВНЕ НАЧАЛЬНОГО ОБЩЕГО ОБРАЗОВАНИЯ </w:t>
      </w:r>
    </w:p>
    <w:p w:rsidR="00AA5F8C" w:rsidRPr="00106205" w:rsidRDefault="00246700">
      <w:pPr>
        <w:tabs>
          <w:tab w:val="left" w:pos="180"/>
        </w:tabs>
        <w:autoSpaceDE w:val="0"/>
        <w:autoSpaceDN w:val="0"/>
        <w:spacing w:before="346" w:after="0" w:line="290" w:lineRule="auto"/>
        <w:rPr>
          <w:lang w:val="ru-RU"/>
        </w:rPr>
      </w:pPr>
      <w:r w:rsidRPr="00106205">
        <w:rPr>
          <w:lang w:val="ru-RU"/>
        </w:rPr>
        <w:tab/>
      </w:r>
      <w:proofErr w:type="gramStart"/>
      <w:r w:rsidRPr="0010620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ЛИЧНОСТНЫЕ РЕЗУЛЬТАТЫ ОБУЧАЮЩЕГОСЯ </w:t>
      </w:r>
      <w:r w:rsidRPr="00106205">
        <w:rPr>
          <w:lang w:val="ru-RU"/>
        </w:rPr>
        <w:br/>
      </w:r>
      <w:r w:rsidRPr="00106205">
        <w:rPr>
          <w:lang w:val="ru-RU"/>
        </w:rPr>
        <w:tab/>
      </w:r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 xml:space="preserve">В результате изучения предмета «Технология» у обучающегося будут сформированы следующие личностные новообразования: </w:t>
      </w:r>
      <w:r w:rsidRPr="00106205">
        <w:rPr>
          <w:lang w:val="ru-RU"/>
        </w:rPr>
        <w:br/>
      </w:r>
      <w:r w:rsidRPr="00106205">
        <w:rPr>
          <w:lang w:val="ru-RU"/>
        </w:rPr>
        <w:tab/>
      </w:r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 xml:space="preserve">первоначальные представления о созидательном и нравственном значении труда в жизни человека и общества; уважительное отношение к труду и творчеству мастеров; </w:t>
      </w:r>
      <w:r w:rsidRPr="00106205">
        <w:rPr>
          <w:lang w:val="ru-RU"/>
        </w:rPr>
        <w:br/>
      </w:r>
      <w:r w:rsidRPr="00106205">
        <w:rPr>
          <w:lang w:val="ru-RU"/>
        </w:rPr>
        <w:tab/>
      </w:r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осознание роли человека и используемых им технологий в сохранении гармонического </w:t>
      </w:r>
      <w:r w:rsidRPr="00106205">
        <w:rPr>
          <w:lang w:val="ru-RU"/>
        </w:rPr>
        <w:br/>
      </w:r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>сосуществования рукотворного мира с миром природы;</w:t>
      </w:r>
      <w:proofErr w:type="gramEnd"/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gramStart"/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 xml:space="preserve">ответственное отношение к сохранению окружающей среды; </w:t>
      </w:r>
      <w:r w:rsidRPr="00106205">
        <w:rPr>
          <w:lang w:val="ru-RU"/>
        </w:rPr>
        <w:br/>
      </w:r>
      <w:r w:rsidRPr="00106205">
        <w:rPr>
          <w:lang w:val="ru-RU"/>
        </w:rPr>
        <w:tab/>
      </w:r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понимание культурно-исторической ценности традиций, отражённых в предметном мире; чувство сопричастности к культуре своего народа, уважительное отношение к культурным традициям других народов; </w:t>
      </w:r>
      <w:r w:rsidRPr="00106205">
        <w:rPr>
          <w:lang w:val="ru-RU"/>
        </w:rPr>
        <w:br/>
      </w:r>
      <w:r w:rsidRPr="00106205">
        <w:rPr>
          <w:lang w:val="ru-RU"/>
        </w:rPr>
        <w:tab/>
      </w:r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проявление способности к эстетической оценке окружающей предметной среды; эстетические чувства — эмоционально-положительное восприятие и понимание красоты форм и образов </w:t>
      </w:r>
      <w:r w:rsidRPr="00106205">
        <w:rPr>
          <w:lang w:val="ru-RU"/>
        </w:rPr>
        <w:br/>
      </w:r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>природных объектов, образцов мировой и отечественной художественной культуры;</w:t>
      </w:r>
      <w:proofErr w:type="gramEnd"/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106205">
        <w:rPr>
          <w:lang w:val="ru-RU"/>
        </w:rPr>
        <w:br/>
      </w:r>
      <w:r w:rsidRPr="00106205">
        <w:rPr>
          <w:lang w:val="ru-RU"/>
        </w:rPr>
        <w:tab/>
      </w:r>
      <w:proofErr w:type="gramStart"/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проявление положительного отношения и интереса к различным видам творческой преобразующей деятельности, стремление к творческой самореализации; мотивация к творческому труду, работе на результат; способность к различным видам практической преобразующей деятельности; </w:t>
      </w:r>
      <w:r w:rsidRPr="00106205">
        <w:rPr>
          <w:lang w:val="ru-RU"/>
        </w:rPr>
        <w:br/>
      </w:r>
      <w:r w:rsidRPr="00106205">
        <w:rPr>
          <w:lang w:val="ru-RU"/>
        </w:rPr>
        <w:tab/>
      </w:r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проявление устойчивых волевых качества и способность к </w:t>
      </w:r>
      <w:proofErr w:type="spellStart"/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>саморегуляции</w:t>
      </w:r>
      <w:proofErr w:type="spellEnd"/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 xml:space="preserve">: организованность, аккуратность, трудолюбие, ответственность, умение справляться с доступными проблемами; </w:t>
      </w:r>
      <w:r w:rsidRPr="00106205">
        <w:rPr>
          <w:lang w:val="ru-RU"/>
        </w:rPr>
        <w:tab/>
      </w:r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>готовность вступать в сотрудничество с другими людьми с учётом этики общения;</w:t>
      </w:r>
      <w:proofErr w:type="gramEnd"/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 xml:space="preserve"> проявление толерантности и доброжелательности.</w:t>
      </w:r>
    </w:p>
    <w:p w:rsidR="00AA5F8C" w:rsidRPr="00106205" w:rsidRDefault="00246700">
      <w:pPr>
        <w:autoSpaceDE w:val="0"/>
        <w:autoSpaceDN w:val="0"/>
        <w:spacing w:before="190" w:after="0" w:line="262" w:lineRule="auto"/>
        <w:ind w:left="180" w:right="432"/>
        <w:rPr>
          <w:lang w:val="ru-RU"/>
        </w:rPr>
      </w:pPr>
      <w:proofErr w:type="gramStart"/>
      <w:r w:rsidRPr="0010620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МЕТАПРЕДМЕТНЫЕ РЕЗУЛЬТАТЫ ОБУЧАЮЩЕГОСЯ </w:t>
      </w:r>
      <w:r w:rsidRPr="00106205">
        <w:rPr>
          <w:lang w:val="ru-RU"/>
        </w:rPr>
        <w:br/>
      </w:r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>К концу обучения у обучающегося формируются следующие универсальные учебные действия.</w:t>
      </w:r>
      <w:proofErr w:type="gramEnd"/>
    </w:p>
    <w:p w:rsidR="00AA5F8C" w:rsidRPr="00106205" w:rsidRDefault="00246700">
      <w:pPr>
        <w:tabs>
          <w:tab w:val="left" w:pos="180"/>
        </w:tabs>
        <w:autoSpaceDE w:val="0"/>
        <w:autoSpaceDN w:val="0"/>
        <w:spacing w:before="190" w:after="0" w:line="288" w:lineRule="auto"/>
        <w:ind w:right="288"/>
        <w:rPr>
          <w:lang w:val="ru-RU"/>
        </w:rPr>
      </w:pPr>
      <w:r w:rsidRPr="00106205">
        <w:rPr>
          <w:lang w:val="ru-RU"/>
        </w:rPr>
        <w:tab/>
      </w:r>
      <w:proofErr w:type="gramStart"/>
      <w:r w:rsidRPr="0010620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Познавательные УУД: </w:t>
      </w:r>
      <w:r w:rsidRPr="00106205">
        <w:rPr>
          <w:lang w:val="ru-RU"/>
        </w:rPr>
        <w:br/>
      </w:r>
      <w:r w:rsidRPr="00106205">
        <w:rPr>
          <w:lang w:val="ru-RU"/>
        </w:rPr>
        <w:tab/>
      </w:r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 xml:space="preserve"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 </w:t>
      </w:r>
      <w:r w:rsidRPr="00106205">
        <w:rPr>
          <w:lang w:val="ru-RU"/>
        </w:rPr>
        <w:br/>
      </w:r>
      <w:r w:rsidRPr="00106205">
        <w:rPr>
          <w:lang w:val="ru-RU"/>
        </w:rPr>
        <w:tab/>
      </w:r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 xml:space="preserve">осуществлять анализ объектов и изделий с выделением существенных и несущественных признаков; </w:t>
      </w:r>
      <w:r w:rsidRPr="00106205">
        <w:rPr>
          <w:lang w:val="ru-RU"/>
        </w:rPr>
        <w:br/>
      </w:r>
      <w:r w:rsidRPr="00106205">
        <w:rPr>
          <w:lang w:val="ru-RU"/>
        </w:rPr>
        <w:tab/>
      </w:r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 xml:space="preserve">сравнивать группы объектов/изделий, выделять в них общее и различия; </w:t>
      </w:r>
      <w:r w:rsidRPr="00106205">
        <w:rPr>
          <w:lang w:val="ru-RU"/>
        </w:rPr>
        <w:br/>
      </w:r>
      <w:r w:rsidRPr="00106205">
        <w:rPr>
          <w:lang w:val="ru-RU"/>
        </w:rPr>
        <w:tab/>
      </w:r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  <w:proofErr w:type="gramEnd"/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106205">
        <w:rPr>
          <w:lang w:val="ru-RU"/>
        </w:rPr>
        <w:br/>
      </w:r>
      <w:r w:rsidRPr="00106205">
        <w:rPr>
          <w:lang w:val="ru-RU"/>
        </w:rPr>
        <w:tab/>
      </w:r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схемы, модели и простейшие чертежи в собственной практической творческой деятельности; </w:t>
      </w:r>
      <w:r w:rsidRPr="00106205">
        <w:rPr>
          <w:lang w:val="ru-RU"/>
        </w:rPr>
        <w:br/>
      </w:r>
      <w:r w:rsidRPr="00106205">
        <w:rPr>
          <w:lang w:val="ru-RU"/>
        </w:rPr>
        <w:tab/>
      </w:r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 xml:space="preserve"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 </w:t>
      </w:r>
      <w:r w:rsidRPr="00106205">
        <w:rPr>
          <w:lang w:val="ru-RU"/>
        </w:rPr>
        <w:br/>
      </w:r>
      <w:r w:rsidRPr="00106205">
        <w:rPr>
          <w:lang w:val="ru-RU"/>
        </w:rPr>
        <w:tab/>
      </w:r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AA5F8C" w:rsidRPr="00106205" w:rsidRDefault="00246700">
      <w:pPr>
        <w:tabs>
          <w:tab w:val="left" w:pos="180"/>
        </w:tabs>
        <w:autoSpaceDE w:val="0"/>
        <w:autoSpaceDN w:val="0"/>
        <w:spacing w:before="190" w:after="0" w:line="281" w:lineRule="auto"/>
        <w:ind w:right="432"/>
        <w:rPr>
          <w:lang w:val="ru-RU"/>
        </w:rPr>
      </w:pPr>
      <w:r w:rsidRPr="00106205">
        <w:rPr>
          <w:lang w:val="ru-RU"/>
        </w:rPr>
        <w:tab/>
      </w:r>
      <w:r w:rsidRPr="0010620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Работа с информацией: </w:t>
      </w:r>
      <w:r w:rsidRPr="00106205">
        <w:rPr>
          <w:lang w:val="ru-RU"/>
        </w:rPr>
        <w:br/>
      </w:r>
      <w:r w:rsidRPr="00106205">
        <w:rPr>
          <w:lang w:val="ru-RU"/>
        </w:rPr>
        <w:tab/>
      </w:r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 xml:space="preserve"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 </w:t>
      </w:r>
      <w:r w:rsidRPr="00106205">
        <w:rPr>
          <w:lang w:val="ru-RU"/>
        </w:rPr>
        <w:tab/>
      </w:r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форме; выполнять действия моделирования,</w:t>
      </w:r>
    </w:p>
    <w:p w:rsidR="00AA5F8C" w:rsidRPr="00106205" w:rsidRDefault="00AA5F8C">
      <w:pPr>
        <w:rPr>
          <w:lang w:val="ru-RU"/>
        </w:rPr>
        <w:sectPr w:rsidR="00AA5F8C" w:rsidRPr="00106205">
          <w:pgSz w:w="11900" w:h="16840"/>
          <w:pgMar w:top="298" w:right="650" w:bottom="444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AA5F8C" w:rsidRPr="00106205" w:rsidRDefault="00AA5F8C">
      <w:pPr>
        <w:autoSpaceDE w:val="0"/>
        <w:autoSpaceDN w:val="0"/>
        <w:spacing w:after="66" w:line="220" w:lineRule="exact"/>
        <w:rPr>
          <w:lang w:val="ru-RU"/>
        </w:rPr>
      </w:pPr>
    </w:p>
    <w:p w:rsidR="00AA5F8C" w:rsidRPr="00106205" w:rsidRDefault="00246700">
      <w:pPr>
        <w:tabs>
          <w:tab w:val="left" w:pos="180"/>
        </w:tabs>
        <w:autoSpaceDE w:val="0"/>
        <w:autoSpaceDN w:val="0"/>
        <w:spacing w:after="0" w:line="281" w:lineRule="auto"/>
        <w:ind w:right="288"/>
        <w:rPr>
          <w:lang w:val="ru-RU"/>
        </w:rPr>
      </w:pPr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работать с моделями; </w:t>
      </w:r>
      <w:r w:rsidRPr="00106205">
        <w:rPr>
          <w:lang w:val="ru-RU"/>
        </w:rPr>
        <w:br/>
      </w:r>
      <w:r w:rsidRPr="00106205">
        <w:rPr>
          <w:lang w:val="ru-RU"/>
        </w:rPr>
        <w:tab/>
      </w:r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 </w:t>
      </w:r>
      <w:r w:rsidRPr="00106205">
        <w:rPr>
          <w:lang w:val="ru-RU"/>
        </w:rPr>
        <w:br/>
      </w:r>
      <w:r w:rsidRPr="00106205">
        <w:rPr>
          <w:lang w:val="ru-RU"/>
        </w:rPr>
        <w:tab/>
      </w:r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AA5F8C" w:rsidRPr="00106205" w:rsidRDefault="00246700">
      <w:pPr>
        <w:tabs>
          <w:tab w:val="left" w:pos="180"/>
        </w:tabs>
        <w:autoSpaceDE w:val="0"/>
        <w:autoSpaceDN w:val="0"/>
        <w:spacing w:before="190" w:after="0" w:line="286" w:lineRule="auto"/>
        <w:ind w:right="144"/>
        <w:rPr>
          <w:lang w:val="ru-RU"/>
        </w:rPr>
      </w:pPr>
      <w:r w:rsidRPr="00106205">
        <w:rPr>
          <w:lang w:val="ru-RU"/>
        </w:rPr>
        <w:tab/>
      </w:r>
      <w:proofErr w:type="gramStart"/>
      <w:r w:rsidRPr="0010620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Коммуникативные УУД: </w:t>
      </w:r>
      <w:r w:rsidRPr="00106205">
        <w:rPr>
          <w:lang w:val="ru-RU"/>
        </w:rPr>
        <w:br/>
      </w:r>
      <w:r w:rsidRPr="00106205">
        <w:rPr>
          <w:lang w:val="ru-RU"/>
        </w:rPr>
        <w:tab/>
      </w:r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 xml:space="preserve">вступать в диалог, задавать собеседнику вопросы, использовать реплики-уточнения и дополнения; формулировать собственное мнение и идеи, аргументированно их излагать; выслушивать разные мнения, учитывать их в диалоге; </w:t>
      </w:r>
      <w:r w:rsidRPr="00106205">
        <w:rPr>
          <w:lang w:val="ru-RU"/>
        </w:rPr>
        <w:br/>
      </w:r>
      <w:r w:rsidRPr="00106205">
        <w:rPr>
          <w:lang w:val="ru-RU"/>
        </w:rPr>
        <w:tab/>
      </w:r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 xml:space="preserve">создавать тексты-описания на основе наблюдений (рассматривания) изделий декоративно-прикладного искусства народов России; </w:t>
      </w:r>
      <w:r w:rsidRPr="00106205">
        <w:rPr>
          <w:lang w:val="ru-RU"/>
        </w:rPr>
        <w:br/>
      </w:r>
      <w:r w:rsidRPr="00106205">
        <w:rPr>
          <w:lang w:val="ru-RU"/>
        </w:rPr>
        <w:tab/>
      </w:r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  <w:proofErr w:type="gramEnd"/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106205">
        <w:rPr>
          <w:lang w:val="ru-RU"/>
        </w:rPr>
        <w:br/>
      </w:r>
      <w:r w:rsidRPr="00106205">
        <w:rPr>
          <w:lang w:val="ru-RU"/>
        </w:rPr>
        <w:tab/>
      </w:r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>объяснять последовательность совершаемых действий при создании изделия.</w:t>
      </w:r>
    </w:p>
    <w:p w:rsidR="00AA5F8C" w:rsidRPr="00106205" w:rsidRDefault="00246700">
      <w:pPr>
        <w:tabs>
          <w:tab w:val="left" w:pos="180"/>
        </w:tabs>
        <w:autoSpaceDE w:val="0"/>
        <w:autoSpaceDN w:val="0"/>
        <w:spacing w:before="190" w:after="0" w:line="286" w:lineRule="auto"/>
        <w:rPr>
          <w:lang w:val="ru-RU"/>
        </w:rPr>
      </w:pPr>
      <w:r w:rsidRPr="00106205">
        <w:rPr>
          <w:lang w:val="ru-RU"/>
        </w:rPr>
        <w:tab/>
      </w:r>
      <w:proofErr w:type="gramStart"/>
      <w:r w:rsidRPr="0010620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Регулятивные УУД: </w:t>
      </w:r>
      <w:r w:rsidRPr="00106205">
        <w:rPr>
          <w:lang w:val="ru-RU"/>
        </w:rPr>
        <w:br/>
      </w:r>
      <w:r w:rsidRPr="00106205">
        <w:rPr>
          <w:lang w:val="ru-RU"/>
        </w:rPr>
        <w:tab/>
      </w:r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 xml:space="preserve">рационально организовывать свою работу (подготовка рабочего места, поддержание и наведение порядка, уборка после работы); </w:t>
      </w:r>
      <w:r w:rsidRPr="00106205">
        <w:rPr>
          <w:lang w:val="ru-RU"/>
        </w:rPr>
        <w:br/>
      </w:r>
      <w:r w:rsidRPr="00106205">
        <w:rPr>
          <w:lang w:val="ru-RU"/>
        </w:rPr>
        <w:tab/>
      </w:r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 xml:space="preserve">выполнять правила безопасности труда при выполнении работы; </w:t>
      </w:r>
      <w:r w:rsidRPr="00106205">
        <w:rPr>
          <w:lang w:val="ru-RU"/>
        </w:rPr>
        <w:br/>
      </w:r>
      <w:r w:rsidRPr="00106205">
        <w:rPr>
          <w:lang w:val="ru-RU"/>
        </w:rPr>
        <w:tab/>
      </w:r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 xml:space="preserve">планировать работу, соотносить свои действия с поставленной целью; </w:t>
      </w:r>
      <w:r w:rsidRPr="00106205">
        <w:rPr>
          <w:lang w:val="ru-RU"/>
        </w:rPr>
        <w:br/>
      </w:r>
      <w:r w:rsidRPr="00106205">
        <w:rPr>
          <w:lang w:val="ru-RU"/>
        </w:rPr>
        <w:tab/>
      </w:r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 xml:space="preserve"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 </w:t>
      </w:r>
      <w:r w:rsidRPr="00106205">
        <w:rPr>
          <w:lang w:val="ru-RU"/>
        </w:rPr>
        <w:br/>
      </w:r>
      <w:r w:rsidRPr="00106205">
        <w:rPr>
          <w:lang w:val="ru-RU"/>
        </w:rPr>
        <w:tab/>
      </w:r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>выполнять действия контроля и оценки;</w:t>
      </w:r>
      <w:proofErr w:type="gramEnd"/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 xml:space="preserve"> вносить необходимые коррективы в действие после его завершения на основе его оценки и учёта характера сделанных ошибок; </w:t>
      </w:r>
      <w:r w:rsidRPr="00106205">
        <w:rPr>
          <w:lang w:val="ru-RU"/>
        </w:rPr>
        <w:br/>
      </w:r>
      <w:r w:rsidRPr="00106205">
        <w:rPr>
          <w:lang w:val="ru-RU"/>
        </w:rPr>
        <w:tab/>
      </w:r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проявлять </w:t>
      </w:r>
      <w:proofErr w:type="gramStart"/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>волевую</w:t>
      </w:r>
      <w:proofErr w:type="gramEnd"/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>саморегуляцию</w:t>
      </w:r>
      <w:proofErr w:type="spellEnd"/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 xml:space="preserve"> при выполнении работы.</w:t>
      </w:r>
    </w:p>
    <w:p w:rsidR="00AA5F8C" w:rsidRPr="00106205" w:rsidRDefault="00246700">
      <w:pPr>
        <w:tabs>
          <w:tab w:val="left" w:pos="180"/>
        </w:tabs>
        <w:autoSpaceDE w:val="0"/>
        <w:autoSpaceDN w:val="0"/>
        <w:spacing w:before="190" w:after="0" w:line="286" w:lineRule="auto"/>
        <w:rPr>
          <w:lang w:val="ru-RU"/>
        </w:rPr>
      </w:pPr>
      <w:r w:rsidRPr="00106205">
        <w:rPr>
          <w:lang w:val="ru-RU"/>
        </w:rPr>
        <w:tab/>
      </w:r>
      <w:r w:rsidRPr="0010620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Совместная деятельность: </w:t>
      </w:r>
      <w:r w:rsidRPr="00106205">
        <w:rPr>
          <w:lang w:val="ru-RU"/>
        </w:rPr>
        <w:br/>
      </w:r>
      <w:r w:rsidRPr="00106205">
        <w:rPr>
          <w:lang w:val="ru-RU"/>
        </w:rPr>
        <w:tab/>
      </w:r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 xml:space="preserve"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руководителя/лидера и подчинённого; осуществлять продуктивное сотрудничество; </w:t>
      </w:r>
      <w:r w:rsidRPr="00106205">
        <w:rPr>
          <w:lang w:val="ru-RU"/>
        </w:rPr>
        <w:br/>
      </w:r>
      <w:r w:rsidRPr="00106205">
        <w:rPr>
          <w:lang w:val="ru-RU"/>
        </w:rPr>
        <w:tab/>
      </w:r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проявлять интерес к работе товарищей; в доброжелательной форме комментировать и оценивать их достижения, высказывать свои предложения и пожелания; оказывать при необходимости помощь; </w:t>
      </w:r>
      <w:r w:rsidRPr="00106205">
        <w:rPr>
          <w:lang w:val="ru-RU"/>
        </w:rPr>
        <w:tab/>
      </w:r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воплощения; предъявлять аргументы для защиты продукта проектной деятельности.</w:t>
      </w:r>
    </w:p>
    <w:p w:rsidR="00AA5F8C" w:rsidRPr="00106205" w:rsidRDefault="00246700">
      <w:pPr>
        <w:tabs>
          <w:tab w:val="left" w:pos="180"/>
        </w:tabs>
        <w:autoSpaceDE w:val="0"/>
        <w:autoSpaceDN w:val="0"/>
        <w:spacing w:before="190" w:after="0" w:line="286" w:lineRule="auto"/>
        <w:ind w:right="144"/>
        <w:rPr>
          <w:lang w:val="ru-RU"/>
        </w:rPr>
      </w:pPr>
      <w:r w:rsidRPr="00106205">
        <w:rPr>
          <w:lang w:val="ru-RU"/>
        </w:rPr>
        <w:tab/>
      </w:r>
      <w:proofErr w:type="gramStart"/>
      <w:r w:rsidRPr="00106205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 ОСВОЕНИЯ КУРСА «ТЕХНОЛОГИЯ»</w:t>
      </w:r>
      <w:r w:rsidRPr="00106205">
        <w:rPr>
          <w:lang w:val="ru-RU"/>
        </w:rPr>
        <w:br/>
      </w:r>
      <w:r w:rsidRPr="00106205">
        <w:rPr>
          <w:lang w:val="ru-RU"/>
        </w:rPr>
        <w:tab/>
      </w:r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>К концу обучения</w:t>
      </w:r>
      <w:r w:rsidRPr="0010620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во втором</w:t>
      </w:r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 xml:space="preserve"> классе обучающийся научится: </w:t>
      </w:r>
      <w:r w:rsidRPr="00106205">
        <w:rPr>
          <w:lang w:val="ru-RU"/>
        </w:rPr>
        <w:br/>
      </w:r>
      <w:r w:rsidRPr="00106205">
        <w:rPr>
          <w:lang w:val="ru-RU"/>
        </w:rPr>
        <w:tab/>
      </w:r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 </w:t>
      </w:r>
      <w:r w:rsidRPr="00106205">
        <w:rPr>
          <w:lang w:val="ru-RU"/>
        </w:rPr>
        <w:br/>
      </w:r>
      <w:r w:rsidRPr="00106205">
        <w:rPr>
          <w:lang w:val="ru-RU"/>
        </w:rPr>
        <w:tab/>
      </w:r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 xml:space="preserve">выполнять задания по самостоятельно составленному плану; </w:t>
      </w:r>
      <w:r w:rsidRPr="00106205">
        <w:rPr>
          <w:lang w:val="ru-RU"/>
        </w:rPr>
        <w:br/>
      </w:r>
      <w:r w:rsidRPr="00106205">
        <w:rPr>
          <w:lang w:val="ru-RU"/>
        </w:rPr>
        <w:tab/>
      </w:r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— симметрия, асимметрия, равновесие);</w:t>
      </w:r>
      <w:proofErr w:type="gramEnd"/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 xml:space="preserve"> наблюдать гармонию предметов и окружающей среды; называть характерные особенности изученных видов декоративно-прикладного искусства;</w:t>
      </w:r>
    </w:p>
    <w:p w:rsidR="00AA5F8C" w:rsidRPr="00106205" w:rsidRDefault="00AA5F8C">
      <w:pPr>
        <w:rPr>
          <w:lang w:val="ru-RU"/>
        </w:rPr>
        <w:sectPr w:rsidR="00AA5F8C" w:rsidRPr="00106205">
          <w:pgSz w:w="11900" w:h="16840"/>
          <w:pgMar w:top="286" w:right="668" w:bottom="368" w:left="666" w:header="720" w:footer="720" w:gutter="0"/>
          <w:cols w:space="720" w:equalWidth="0">
            <w:col w:w="10566" w:space="0"/>
          </w:cols>
          <w:docGrid w:linePitch="360"/>
        </w:sectPr>
      </w:pPr>
    </w:p>
    <w:p w:rsidR="00AA5F8C" w:rsidRPr="00106205" w:rsidRDefault="00AA5F8C">
      <w:pPr>
        <w:autoSpaceDE w:val="0"/>
        <w:autoSpaceDN w:val="0"/>
        <w:spacing w:after="78" w:line="220" w:lineRule="exact"/>
        <w:rPr>
          <w:lang w:val="ru-RU"/>
        </w:rPr>
      </w:pPr>
    </w:p>
    <w:p w:rsidR="00AA5F8C" w:rsidRPr="00106205" w:rsidRDefault="00246700">
      <w:pPr>
        <w:tabs>
          <w:tab w:val="left" w:pos="180"/>
        </w:tabs>
        <w:autoSpaceDE w:val="0"/>
        <w:autoSpaceDN w:val="0"/>
        <w:spacing w:after="0" w:line="290" w:lineRule="auto"/>
        <w:rPr>
          <w:lang w:val="ru-RU"/>
        </w:rPr>
      </w:pPr>
      <w:r w:rsidRPr="00106205">
        <w:rPr>
          <w:lang w:val="ru-RU"/>
        </w:rPr>
        <w:tab/>
      </w:r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 xml:space="preserve">выделять, называть и применять изученные общие правила создания рукотворного мира в своей предметно-творческой деятельности; </w:t>
      </w:r>
      <w:r w:rsidRPr="00106205">
        <w:rPr>
          <w:lang w:val="ru-RU"/>
        </w:rPr>
        <w:br/>
      </w:r>
      <w:r w:rsidRPr="00106205">
        <w:rPr>
          <w:lang w:val="ru-RU"/>
        </w:rPr>
        <w:tab/>
      </w:r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самостоятельно готовить рабочее место в соответствии с видом деятельности, поддерживать порядок во время работы, убирать рабочее место; </w:t>
      </w:r>
      <w:r w:rsidRPr="00106205">
        <w:rPr>
          <w:lang w:val="ru-RU"/>
        </w:rPr>
        <w:br/>
      </w:r>
      <w:r w:rsidRPr="00106205">
        <w:rPr>
          <w:lang w:val="ru-RU"/>
        </w:rPr>
        <w:tab/>
      </w:r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 xml:space="preserve">анализировать задание/образец по предложенным вопросам, памятке или инструкции, </w:t>
      </w:r>
      <w:r w:rsidRPr="00106205">
        <w:rPr>
          <w:lang w:val="ru-RU"/>
        </w:rPr>
        <w:br/>
      </w:r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самостоятельно выполнять доступные задания с опорой на инструкционную (технологическую) карту; </w:t>
      </w:r>
      <w:r w:rsidRPr="00106205">
        <w:rPr>
          <w:lang w:val="ru-RU"/>
        </w:rPr>
        <w:br/>
      </w:r>
      <w:r w:rsidRPr="00106205">
        <w:rPr>
          <w:lang w:val="ru-RU"/>
        </w:rPr>
        <w:tab/>
      </w:r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самостоятельно отбирать материалы и инструменты для работы; исследовать свойства новых изучаемых материалов (толстый картон, натуральные ткани, нитки, проволока и др.); </w:t>
      </w:r>
      <w:r w:rsidRPr="00106205">
        <w:rPr>
          <w:lang w:val="ru-RU"/>
        </w:rPr>
        <w:br/>
      </w:r>
      <w:r w:rsidRPr="00106205">
        <w:rPr>
          <w:lang w:val="ru-RU"/>
        </w:rPr>
        <w:tab/>
      </w:r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 xml:space="preserve">читать простейшие чертежи (эскизы), называть линии чертежа (линия контура и надреза, линия выносная и размерная, линия сгиба, линия симметрии); </w:t>
      </w:r>
      <w:r w:rsidRPr="00106205">
        <w:rPr>
          <w:lang w:val="ru-RU"/>
        </w:rPr>
        <w:br/>
      </w:r>
      <w:r w:rsidRPr="00106205">
        <w:rPr>
          <w:lang w:val="ru-RU"/>
        </w:rPr>
        <w:tab/>
      </w:r>
      <w:proofErr w:type="gramStart"/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 xml:space="preserve"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(эскиз); чертить окружность с помощью циркуля; </w:t>
      </w:r>
      <w:r w:rsidRPr="00106205">
        <w:rPr>
          <w:lang w:val="ru-RU"/>
        </w:rPr>
        <w:br/>
      </w:r>
      <w:r w:rsidRPr="00106205">
        <w:rPr>
          <w:lang w:val="ru-RU"/>
        </w:rPr>
        <w:tab/>
      </w:r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 xml:space="preserve">выполнять </w:t>
      </w:r>
      <w:proofErr w:type="spellStart"/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>биговку</w:t>
      </w:r>
      <w:proofErr w:type="spellEnd"/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  <w:r w:rsidRPr="00106205">
        <w:rPr>
          <w:lang w:val="ru-RU"/>
        </w:rPr>
        <w:br/>
      </w:r>
      <w:r w:rsidRPr="00106205">
        <w:rPr>
          <w:lang w:val="ru-RU"/>
        </w:rPr>
        <w:tab/>
      </w:r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 xml:space="preserve">выполнять построение простейшего лекала (выкройки) правильной геометрической формы и разметку деталей кроя на ткани по нему/ней; </w:t>
      </w:r>
      <w:r w:rsidRPr="00106205">
        <w:rPr>
          <w:lang w:val="ru-RU"/>
        </w:rPr>
        <w:br/>
      </w:r>
      <w:r w:rsidRPr="00106205">
        <w:rPr>
          <w:lang w:val="ru-RU"/>
        </w:rPr>
        <w:tab/>
      </w:r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>оформлять изделия и соединять детали освоенными ручными строчками;</w:t>
      </w:r>
      <w:proofErr w:type="gramEnd"/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106205">
        <w:rPr>
          <w:lang w:val="ru-RU"/>
        </w:rPr>
        <w:br/>
      </w:r>
      <w:r w:rsidRPr="00106205">
        <w:rPr>
          <w:lang w:val="ru-RU"/>
        </w:rPr>
        <w:tab/>
      </w:r>
      <w:proofErr w:type="gramStart"/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понимать смысл понятия «развёртка» (трёхмерного предмета); соотносить объёмную конструкцию с изображениями её развёртки; </w:t>
      </w:r>
      <w:r w:rsidRPr="00106205">
        <w:rPr>
          <w:lang w:val="ru-RU"/>
        </w:rPr>
        <w:br/>
      </w:r>
      <w:r w:rsidRPr="00106205">
        <w:rPr>
          <w:lang w:val="ru-RU"/>
        </w:rPr>
        <w:tab/>
      </w:r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 xml:space="preserve">отличать макет от модели, строить трёхмерный макет из готовой развёртки; </w:t>
      </w:r>
      <w:r w:rsidRPr="00106205">
        <w:rPr>
          <w:lang w:val="ru-RU"/>
        </w:rPr>
        <w:br/>
      </w:r>
      <w:r w:rsidRPr="00106205">
        <w:rPr>
          <w:lang w:val="ru-RU"/>
        </w:rPr>
        <w:tab/>
      </w:r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 xml:space="preserve">определять неподвижный и подвижный способ соединения деталей и выполнять подвижное и неподвижное соединения известными способами; </w:t>
      </w:r>
      <w:r w:rsidRPr="00106205">
        <w:rPr>
          <w:lang w:val="ru-RU"/>
        </w:rPr>
        <w:br/>
      </w:r>
      <w:r w:rsidRPr="00106205">
        <w:rPr>
          <w:lang w:val="ru-RU"/>
        </w:rPr>
        <w:tab/>
      </w:r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  <w:proofErr w:type="gramEnd"/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106205">
        <w:rPr>
          <w:lang w:val="ru-RU"/>
        </w:rPr>
        <w:br/>
      </w:r>
      <w:r w:rsidRPr="00106205">
        <w:rPr>
          <w:lang w:val="ru-RU"/>
        </w:rPr>
        <w:tab/>
      </w:r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 xml:space="preserve">решать несложные конструкторско-технологические задачи; </w:t>
      </w:r>
      <w:r w:rsidRPr="00106205">
        <w:rPr>
          <w:lang w:val="ru-RU"/>
        </w:rPr>
        <w:br/>
      </w:r>
      <w:r w:rsidRPr="00106205">
        <w:rPr>
          <w:lang w:val="ru-RU"/>
        </w:rPr>
        <w:tab/>
      </w:r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 xml:space="preserve">применять освоенные знания и практические умения (технологические, графические, </w:t>
      </w:r>
      <w:r w:rsidRPr="00106205">
        <w:rPr>
          <w:lang w:val="ru-RU"/>
        </w:rPr>
        <w:br/>
      </w:r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 xml:space="preserve">конструкторские) в самостоятельной интеллектуальной и практической деятельности; </w:t>
      </w:r>
      <w:r w:rsidRPr="00106205">
        <w:rPr>
          <w:lang w:val="ru-RU"/>
        </w:rPr>
        <w:br/>
      </w:r>
      <w:r w:rsidRPr="00106205">
        <w:rPr>
          <w:lang w:val="ru-RU"/>
        </w:rPr>
        <w:tab/>
      </w:r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 xml:space="preserve">делать выбор, какое мнение принять — своё или другое, высказанное в ходе обсуждения; </w:t>
      </w:r>
      <w:r w:rsidRPr="00106205">
        <w:rPr>
          <w:lang w:val="ru-RU"/>
        </w:rPr>
        <w:br/>
      </w:r>
      <w:r w:rsidRPr="00106205">
        <w:rPr>
          <w:lang w:val="ru-RU"/>
        </w:rPr>
        <w:tab/>
      </w:r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 xml:space="preserve">выполнять работу в малых группах, осуществлять сотрудничество; </w:t>
      </w:r>
      <w:r w:rsidRPr="00106205">
        <w:rPr>
          <w:lang w:val="ru-RU"/>
        </w:rPr>
        <w:br/>
      </w:r>
      <w:r w:rsidRPr="00106205">
        <w:rPr>
          <w:lang w:val="ru-RU"/>
        </w:rPr>
        <w:tab/>
      </w:r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понимать особенности проектной деятельности, осуществлять под руководством учителя </w:t>
      </w:r>
      <w:r w:rsidRPr="00106205">
        <w:rPr>
          <w:lang w:val="ru-RU"/>
        </w:rPr>
        <w:br/>
      </w:r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 xml:space="preserve">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 </w:t>
      </w:r>
      <w:r w:rsidRPr="00106205">
        <w:rPr>
          <w:lang w:val="ru-RU"/>
        </w:rPr>
        <w:br/>
      </w:r>
      <w:r w:rsidRPr="00106205">
        <w:rPr>
          <w:lang w:val="ru-RU"/>
        </w:rPr>
        <w:tab/>
      </w:r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>называть профессии людей, работающих в сфере обслуживания.</w:t>
      </w:r>
    </w:p>
    <w:p w:rsidR="00AA5F8C" w:rsidRPr="00106205" w:rsidRDefault="00AA5F8C">
      <w:pPr>
        <w:rPr>
          <w:lang w:val="ru-RU"/>
        </w:rPr>
        <w:sectPr w:rsidR="00AA5F8C" w:rsidRPr="00106205">
          <w:pgSz w:w="11900" w:h="16840"/>
          <w:pgMar w:top="298" w:right="662" w:bottom="1440" w:left="666" w:header="720" w:footer="720" w:gutter="0"/>
          <w:cols w:space="720" w:equalWidth="0">
            <w:col w:w="10572" w:space="0"/>
          </w:cols>
          <w:docGrid w:linePitch="360"/>
        </w:sectPr>
      </w:pPr>
    </w:p>
    <w:p w:rsidR="00AA5F8C" w:rsidRPr="00106205" w:rsidRDefault="00AA5F8C">
      <w:pPr>
        <w:autoSpaceDE w:val="0"/>
        <w:autoSpaceDN w:val="0"/>
        <w:spacing w:after="64" w:line="220" w:lineRule="exact"/>
        <w:rPr>
          <w:lang w:val="ru-RU"/>
        </w:rPr>
      </w:pPr>
    </w:p>
    <w:p w:rsidR="00AA5F8C" w:rsidRDefault="00246700">
      <w:pPr>
        <w:autoSpaceDE w:val="0"/>
        <w:autoSpaceDN w:val="0"/>
        <w:spacing w:after="258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5092"/>
        <w:gridCol w:w="528"/>
        <w:gridCol w:w="1104"/>
        <w:gridCol w:w="1140"/>
        <w:gridCol w:w="866"/>
        <w:gridCol w:w="2846"/>
        <w:gridCol w:w="1080"/>
        <w:gridCol w:w="2378"/>
      </w:tblGrid>
      <w:tr w:rsidR="00AA5F8C" w:rsidRPr="00C37A64">
        <w:trPr>
          <w:trHeight w:hRule="exact" w:val="348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8" w:after="0" w:line="245" w:lineRule="auto"/>
              <w:ind w:right="144"/>
              <w:jc w:val="center"/>
              <w:rPr>
                <w:rFonts w:ascii="Times New Roman" w:hAnsi="Times New Roman" w:cs="Times New Roman"/>
                <w:b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№</w:t>
            </w:r>
            <w:r w:rsidRPr="00C37A64">
              <w:rPr>
                <w:rFonts w:ascii="Times New Roman" w:hAnsi="Times New Roman" w:cs="Times New Roman"/>
                <w:b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п/п</w:t>
            </w:r>
          </w:p>
        </w:tc>
        <w:tc>
          <w:tcPr>
            <w:tcW w:w="50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lang w:val="ru-RU"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Наименование разделов и тем программы</w:t>
            </w:r>
          </w:p>
        </w:tc>
        <w:tc>
          <w:tcPr>
            <w:tcW w:w="27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</w:rPr>
            </w:pP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Количество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 xml:space="preserve"> 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часов</w:t>
            </w:r>
            <w:proofErr w:type="spellEnd"/>
          </w:p>
        </w:tc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b/>
              </w:rPr>
            </w:pP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Дата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 xml:space="preserve"> </w:t>
            </w:r>
            <w:r w:rsidRPr="00C37A64">
              <w:rPr>
                <w:rFonts w:ascii="Times New Roman" w:hAnsi="Times New Roman" w:cs="Times New Roman"/>
                <w:b/>
              </w:rPr>
              <w:br/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изучения</w:t>
            </w:r>
            <w:proofErr w:type="spellEnd"/>
          </w:p>
        </w:tc>
        <w:tc>
          <w:tcPr>
            <w:tcW w:w="2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</w:rPr>
            </w:pP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Виды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 xml:space="preserve"> 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деятельности</w:t>
            </w:r>
            <w:proofErr w:type="spellEnd"/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8" w:after="0" w:line="247" w:lineRule="auto"/>
              <w:ind w:left="74" w:right="288"/>
              <w:rPr>
                <w:rFonts w:ascii="Times New Roman" w:hAnsi="Times New Roman" w:cs="Times New Roman"/>
                <w:b/>
              </w:rPr>
            </w:pP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Виды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 xml:space="preserve">, </w:t>
            </w:r>
            <w:r w:rsidRPr="00C37A64">
              <w:rPr>
                <w:rFonts w:ascii="Times New Roman" w:hAnsi="Times New Roman" w:cs="Times New Roman"/>
                <w:b/>
              </w:rPr>
              <w:br/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формы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 xml:space="preserve"> </w:t>
            </w:r>
            <w:r w:rsidRPr="00C37A64">
              <w:rPr>
                <w:rFonts w:ascii="Times New Roman" w:hAnsi="Times New Roman" w:cs="Times New Roman"/>
                <w:b/>
              </w:rPr>
              <w:br/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контроля</w:t>
            </w:r>
            <w:proofErr w:type="spellEnd"/>
          </w:p>
        </w:tc>
        <w:tc>
          <w:tcPr>
            <w:tcW w:w="2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8" w:after="0" w:line="245" w:lineRule="auto"/>
              <w:ind w:left="72" w:right="432"/>
              <w:rPr>
                <w:rFonts w:ascii="Times New Roman" w:hAnsi="Times New Roman" w:cs="Times New Roman"/>
                <w:b/>
              </w:rPr>
            </w:pP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Электронные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 xml:space="preserve"> (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цифровые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 xml:space="preserve">) 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образовательные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 xml:space="preserve"> 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ресурсы</w:t>
            </w:r>
            <w:proofErr w:type="spellEnd"/>
          </w:p>
        </w:tc>
      </w:tr>
      <w:tr w:rsidR="00AA5F8C" w:rsidRPr="00C37A64">
        <w:trPr>
          <w:trHeight w:hRule="exact" w:val="540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F8C" w:rsidRPr="00C37A64" w:rsidRDefault="00AA5F8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F8C" w:rsidRPr="00C37A64" w:rsidRDefault="00AA5F8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всего</w:t>
            </w:r>
            <w:proofErr w:type="spellEnd"/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b/>
              </w:rPr>
            </w:pP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контрольные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 xml:space="preserve"> 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работы</w:t>
            </w:r>
            <w:proofErr w:type="spellEnd"/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b/>
              </w:rPr>
            </w:pP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практические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 xml:space="preserve"> 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работы</w:t>
            </w:r>
            <w:proofErr w:type="spellEnd"/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F8C" w:rsidRPr="00C37A64" w:rsidRDefault="00AA5F8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F8C" w:rsidRPr="00C37A64" w:rsidRDefault="00AA5F8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F8C" w:rsidRPr="00C37A64" w:rsidRDefault="00AA5F8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F8C" w:rsidRPr="00C37A64" w:rsidRDefault="00AA5F8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A5F8C" w:rsidRPr="00C37A64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lang w:val="ru-RU"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Модуль 1. ТЕХНОЛОГИИ, ПРОФЕССИИ И ПРОИЗВОДСТВА</w:t>
            </w:r>
          </w:p>
        </w:tc>
      </w:tr>
      <w:tr w:rsidR="00AA5F8C" w:rsidRPr="00C37A64">
        <w:trPr>
          <w:trHeight w:hRule="exact" w:val="169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80" w:after="0" w:line="23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1.1.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80" w:after="0" w:line="250" w:lineRule="auto"/>
              <w:ind w:left="72" w:right="432"/>
              <w:rPr>
                <w:rFonts w:ascii="Times New Roman" w:hAnsi="Times New Roman" w:cs="Times New Roman"/>
                <w:b/>
                <w:lang w:val="ru-RU"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Рукотворный мир —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80" w:after="0" w:line="230" w:lineRule="auto"/>
              <w:ind w:left="72"/>
              <w:rPr>
                <w:rFonts w:ascii="Times New Roman" w:hAnsi="Times New Roman" w:cs="Times New Roman"/>
                <w:b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80" w:after="0" w:line="230" w:lineRule="auto"/>
              <w:ind w:left="72"/>
              <w:rPr>
                <w:rFonts w:ascii="Times New Roman" w:hAnsi="Times New Roman" w:cs="Times New Roman"/>
                <w:b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80" w:after="0" w:line="230" w:lineRule="auto"/>
              <w:ind w:left="72"/>
              <w:rPr>
                <w:rFonts w:ascii="Times New Roman" w:hAnsi="Times New Roman" w:cs="Times New Roman"/>
                <w:b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AA5F8C">
            <w:pPr>
              <w:autoSpaceDE w:val="0"/>
              <w:autoSpaceDN w:val="0"/>
              <w:spacing w:before="80" w:after="0" w:line="23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80" w:after="0" w:line="254" w:lineRule="auto"/>
              <w:ind w:left="72" w:right="144"/>
              <w:rPr>
                <w:rFonts w:ascii="Times New Roman" w:hAnsi="Times New Roman" w:cs="Times New Roman"/>
                <w:b/>
                <w:lang w:val="ru-RU"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Выбирать правила безопасной работы; выбирать инструменты и 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приспособления в зависимости от 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технологии изготавливаемых изделий. Изучать возможности использования изучаемых инструментов и 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приспособлений людьми разных 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профессий;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80" w:after="0" w:line="245" w:lineRule="auto"/>
              <w:ind w:left="74"/>
              <w:rPr>
                <w:rFonts w:ascii="Times New Roman" w:hAnsi="Times New Roman" w:cs="Times New Roman"/>
                <w:b/>
              </w:rPr>
            </w:pP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Практическая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 xml:space="preserve"> 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работа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;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80" w:after="0" w:line="254" w:lineRule="auto"/>
              <w:ind w:left="72"/>
              <w:rPr>
                <w:rFonts w:ascii="Times New Roman" w:hAnsi="Times New Roman" w:cs="Times New Roman"/>
                <w:b/>
                <w:lang w:val="ru-RU"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http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://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www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kudesniki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ru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gallery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 -галерея детских рисунков «Дети в Интернете»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http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://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www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chg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ru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Fairy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 -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творческий фестиваль «Детская сказка»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http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://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www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rozmisel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irk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ru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children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- «Творите</w:t>
            </w:r>
            <w:proofErr w:type="gram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!»</w:t>
            </w:r>
            <w:proofErr w:type="gramEnd"/>
          </w:p>
        </w:tc>
      </w:tr>
      <w:tr w:rsidR="00AA5F8C" w:rsidRPr="00C37A64">
        <w:trPr>
          <w:trHeight w:hRule="exact" w:val="169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1.2.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hAnsi="Times New Roman" w:cs="Times New Roman"/>
                <w:b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Средства художественной выразительности (композиция, цвет, тон и др.). 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Изготовление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 xml:space="preserve"> 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изделий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 xml:space="preserve"> с 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учётом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 xml:space="preserve"> 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данного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 xml:space="preserve"> 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принципа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AA5F8C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6" w:after="0" w:line="252" w:lineRule="auto"/>
              <w:ind w:left="72" w:right="144"/>
              <w:rPr>
                <w:rFonts w:ascii="Times New Roman" w:hAnsi="Times New Roman" w:cs="Times New Roman"/>
                <w:b/>
                <w:lang w:val="ru-RU"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Изготавливать изделия из различных материалов; 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использовать свойства материалов при работе над изделием. Подготавливать материалы к работе</w:t>
            </w:r>
            <w:proofErr w:type="gram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;;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6" w:after="0" w:line="245" w:lineRule="auto"/>
              <w:ind w:left="74"/>
              <w:rPr>
                <w:rFonts w:ascii="Times New Roman" w:hAnsi="Times New Roman" w:cs="Times New Roman"/>
                <w:b/>
              </w:rPr>
            </w:pPr>
            <w:proofErr w:type="spellStart"/>
            <w:proofErr w:type="gram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Практическая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 xml:space="preserve"> 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работа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;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Times New Roman" w:hAnsi="Times New Roman" w:cs="Times New Roman"/>
                <w:b/>
                <w:lang w:val="ru-RU"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http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://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www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kudesniki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ru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gallery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 -галерея детских рисунков «Дети в Интернете»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http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://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www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chg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ru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Fairy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 -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творческий фестиваль «Детская сказка»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http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://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www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rozmisel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irk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ru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children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- «Творите</w:t>
            </w:r>
            <w:proofErr w:type="gram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!»</w:t>
            </w:r>
            <w:proofErr w:type="gramEnd"/>
          </w:p>
        </w:tc>
      </w:tr>
      <w:tr w:rsidR="00AA5F8C" w:rsidRPr="00C37A64">
        <w:trPr>
          <w:trHeight w:hRule="exact" w:val="169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1.3.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8" w:after="0" w:line="254" w:lineRule="auto"/>
              <w:ind w:left="72"/>
              <w:rPr>
                <w:rFonts w:ascii="Times New Roman" w:hAnsi="Times New Roman" w:cs="Times New Roman"/>
                <w:b/>
                <w:lang w:val="ru-RU"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Общее представление о технологическом процессе: анализ 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устройства и назначения изделия; выстраивание 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последовательности практических действий и технологических операций; подбор материалов и инструментов; экономная разметка; обработка с целью получения (выделения) деталей, сборка, отделка изделия; проверка изделия в действии, внесение необходимых дополнений и изменений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AA5F8C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b/>
                <w:lang w:val="ru-RU"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Рассматривать использование принципа создания вещей; 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средств художественной 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выразительности в различных отраслях и профессиях</w:t>
            </w:r>
            <w:proofErr w:type="gram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;;</w:t>
            </w:r>
            <w:proofErr w:type="gram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8" w:after="0" w:line="245" w:lineRule="auto"/>
              <w:ind w:left="74"/>
              <w:rPr>
                <w:rFonts w:ascii="Times New Roman" w:hAnsi="Times New Roman" w:cs="Times New Roman"/>
                <w:b/>
              </w:rPr>
            </w:pP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Практическая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 xml:space="preserve"> 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работа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;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8" w:after="0" w:line="254" w:lineRule="auto"/>
              <w:ind w:left="72"/>
              <w:rPr>
                <w:rFonts w:ascii="Times New Roman" w:hAnsi="Times New Roman" w:cs="Times New Roman"/>
                <w:b/>
                <w:lang w:val="ru-RU"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http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://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www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kudesniki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ru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gallery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 -галерея детских рисунков «Дети в Интернете»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http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://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www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chg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ru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Fairy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 -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творческий фестиваль «Детская сказка»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http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://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www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rozmisel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irk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ru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children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- «Творите</w:t>
            </w:r>
            <w:proofErr w:type="gram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!»</w:t>
            </w:r>
            <w:proofErr w:type="gramEnd"/>
          </w:p>
        </w:tc>
      </w:tr>
      <w:tr w:rsidR="00AA5F8C" w:rsidRPr="00C37A64">
        <w:trPr>
          <w:trHeight w:hRule="exact" w:val="167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1.4.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6" w:after="0" w:line="245" w:lineRule="auto"/>
              <w:ind w:left="72" w:right="432"/>
              <w:rPr>
                <w:rFonts w:ascii="Times New Roman" w:hAnsi="Times New Roman" w:cs="Times New Roman"/>
                <w:b/>
                <w:lang w:val="ru-RU"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Изготовление изделий из различных материалов с соблюдением этапов технологического процесса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AA5F8C">
            <w:pPr>
              <w:autoSpaceDE w:val="0"/>
              <w:autoSpaceDN w:val="0"/>
              <w:spacing w:before="76" w:after="0" w:line="245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6" w:after="0" w:line="252" w:lineRule="auto"/>
              <w:ind w:left="72" w:right="144"/>
              <w:rPr>
                <w:rFonts w:ascii="Times New Roman" w:hAnsi="Times New Roman" w:cs="Times New Roman"/>
                <w:b/>
                <w:lang w:val="ru-RU"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Изготавливать изделия из различных материалов; 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использовать свойства материалов при работе над изделием. Подготавливать материалы к работе</w:t>
            </w:r>
            <w:proofErr w:type="gram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;;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6" w:after="0" w:line="245" w:lineRule="auto"/>
              <w:ind w:left="74"/>
              <w:rPr>
                <w:rFonts w:ascii="Times New Roman" w:hAnsi="Times New Roman" w:cs="Times New Roman"/>
                <w:b/>
              </w:rPr>
            </w:pPr>
            <w:proofErr w:type="spellStart"/>
            <w:proofErr w:type="gram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Практическая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 xml:space="preserve"> 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работа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;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Times New Roman" w:hAnsi="Times New Roman" w:cs="Times New Roman"/>
                <w:b/>
                <w:lang w:val="ru-RU"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http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://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www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kudesniki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ru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gallery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 -галерея детских рисунков «Дети в Интернете»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http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://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www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chg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ru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Fairy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 -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творческий фестиваль «Детская сказка»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http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://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www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rozmisel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irk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ru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children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- «Творите</w:t>
            </w:r>
            <w:proofErr w:type="gram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!»</w:t>
            </w:r>
            <w:proofErr w:type="gramEnd"/>
          </w:p>
        </w:tc>
      </w:tr>
    </w:tbl>
    <w:p w:rsidR="00AA5F8C" w:rsidRPr="00106205" w:rsidRDefault="00AA5F8C">
      <w:pPr>
        <w:autoSpaceDE w:val="0"/>
        <w:autoSpaceDN w:val="0"/>
        <w:spacing w:after="0" w:line="14" w:lineRule="exact"/>
        <w:rPr>
          <w:lang w:val="ru-RU"/>
        </w:rPr>
      </w:pPr>
    </w:p>
    <w:p w:rsidR="00AA5F8C" w:rsidRPr="00106205" w:rsidRDefault="00AA5F8C">
      <w:pPr>
        <w:rPr>
          <w:lang w:val="ru-RU"/>
        </w:rPr>
        <w:sectPr w:rsidR="00AA5F8C" w:rsidRPr="00106205">
          <w:pgSz w:w="16840" w:h="11900"/>
          <w:pgMar w:top="282" w:right="640" w:bottom="1422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AA5F8C" w:rsidRPr="00106205" w:rsidRDefault="00AA5F8C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5092"/>
        <w:gridCol w:w="528"/>
        <w:gridCol w:w="1104"/>
        <w:gridCol w:w="1140"/>
        <w:gridCol w:w="866"/>
        <w:gridCol w:w="2846"/>
        <w:gridCol w:w="1080"/>
        <w:gridCol w:w="2378"/>
      </w:tblGrid>
      <w:tr w:rsidR="00AA5F8C" w:rsidRPr="00C37A64">
        <w:trPr>
          <w:trHeight w:hRule="exact" w:val="303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1.5.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8" w:after="0" w:line="247" w:lineRule="auto"/>
              <w:ind w:left="72"/>
              <w:rPr>
                <w:rFonts w:ascii="Times New Roman" w:hAnsi="Times New Roman" w:cs="Times New Roman"/>
                <w:b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Традиции и современность. Новая жизнь древних пр</w:t>
            </w:r>
            <w:proofErr w:type="gram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о-</w:t>
            </w:r>
            <w:proofErr w:type="gramEnd"/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фессий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. Совершенствование их технологических процессов. Мастера и их профессии; правила мастера. 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Культурные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 xml:space="preserve"> 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традиции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AA5F8C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8" w:after="0" w:line="254" w:lineRule="auto"/>
              <w:ind w:left="72"/>
              <w:rPr>
                <w:rFonts w:ascii="Times New Roman" w:hAnsi="Times New Roman" w:cs="Times New Roman"/>
                <w:b/>
                <w:lang w:val="ru-RU"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Формировать общее представление о технологическом процессе: анализ 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устройства и назначения изделия; 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выстраивание последовательности 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практических действий и 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технологических операций; подбор 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материалов и инструментов; экономная разметка; обработка с целью получения (выделения) деталей; 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формообразование деталей; 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сборка; 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отделка изделия; проверка изделия в действии; 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внесение необходимых дополнений и изменений</w:t>
            </w:r>
            <w:proofErr w:type="gram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;;</w:t>
            </w:r>
            <w:proofErr w:type="gram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8" w:after="0" w:line="245" w:lineRule="auto"/>
              <w:ind w:left="74"/>
              <w:rPr>
                <w:rFonts w:ascii="Times New Roman" w:hAnsi="Times New Roman" w:cs="Times New Roman"/>
                <w:b/>
              </w:rPr>
            </w:pP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Практическая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 xml:space="preserve"> 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работа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;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8" w:after="0" w:line="254" w:lineRule="auto"/>
              <w:ind w:left="72"/>
              <w:rPr>
                <w:rFonts w:ascii="Times New Roman" w:hAnsi="Times New Roman" w:cs="Times New Roman"/>
                <w:b/>
                <w:lang w:val="ru-RU"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http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://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www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kudesniki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ru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gallery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 -галерея детских рисунков «Дети в Интернете»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http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://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www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chg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ru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Fairy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 -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творческий фестиваль «Детская сказка»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http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://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www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rozmisel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irk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ru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children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- «Творите</w:t>
            </w:r>
            <w:proofErr w:type="gram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!»</w:t>
            </w:r>
            <w:proofErr w:type="gramEnd"/>
          </w:p>
        </w:tc>
      </w:tr>
      <w:tr w:rsidR="00AA5F8C" w:rsidRPr="00C37A64">
        <w:trPr>
          <w:trHeight w:hRule="exact" w:val="169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1.6.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Times New Roman" w:hAnsi="Times New Roman" w:cs="Times New Roman"/>
                <w:b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Элементарная творческая и проектная деятельность (создание замысла, его детализация и воплощение). 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Несложные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 xml:space="preserve"> 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коллективные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 xml:space="preserve">, 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групповые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 xml:space="preserve"> 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проекты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0.25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AA5F8C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6" w:after="0" w:line="252" w:lineRule="auto"/>
              <w:ind w:left="72" w:right="144"/>
              <w:rPr>
                <w:rFonts w:ascii="Times New Roman" w:hAnsi="Times New Roman" w:cs="Times New Roman"/>
                <w:b/>
                <w:lang w:val="ru-RU"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Формировать элементарные 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представления об основном принципе создания мира вещей: прочность 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конструкции; 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удобство использования; 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эстетическая выразительность.</w:t>
            </w:r>
          </w:p>
          <w:p w:rsidR="00AA5F8C" w:rsidRPr="00C37A64" w:rsidRDefault="00246700">
            <w:pPr>
              <w:autoSpaceDE w:val="0"/>
              <w:autoSpaceDN w:val="0"/>
              <w:spacing w:before="20" w:after="0" w:line="245" w:lineRule="auto"/>
              <w:ind w:left="72" w:right="576"/>
              <w:rPr>
                <w:rFonts w:ascii="Times New Roman" w:hAnsi="Times New Roman" w:cs="Times New Roman"/>
                <w:b/>
                <w:lang w:val="ru-RU"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Изготавливать изделия с учётом данного принципа</w:t>
            </w:r>
            <w:proofErr w:type="gram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;;</w:t>
            </w:r>
            <w:proofErr w:type="gram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6" w:after="0" w:line="245" w:lineRule="auto"/>
              <w:ind w:left="74"/>
              <w:rPr>
                <w:rFonts w:ascii="Times New Roman" w:hAnsi="Times New Roman" w:cs="Times New Roman"/>
                <w:b/>
              </w:rPr>
            </w:pP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Практическая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 xml:space="preserve"> 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работа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;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Times New Roman" w:hAnsi="Times New Roman" w:cs="Times New Roman"/>
                <w:b/>
                <w:lang w:val="ru-RU"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http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://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www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kudesniki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ru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gallery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 -галерея детских рисунков «Дети в Интернете»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http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://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www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chg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ru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Fairy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 -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творческий фестиваль «Детская сказка»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http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://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www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rozmisel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irk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ru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children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- «Творите</w:t>
            </w:r>
            <w:proofErr w:type="gram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!»</w:t>
            </w:r>
            <w:proofErr w:type="gramEnd"/>
          </w:p>
        </w:tc>
      </w:tr>
      <w:tr w:rsidR="00AA5F8C" w:rsidRPr="00C37A64">
        <w:trPr>
          <w:trHeight w:hRule="exact" w:val="350"/>
        </w:trPr>
        <w:tc>
          <w:tcPr>
            <w:tcW w:w="5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</w:rPr>
            </w:pP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Итого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 xml:space="preserve"> 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по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 xml:space="preserve"> 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модулю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8</w:t>
            </w:r>
          </w:p>
        </w:tc>
        <w:tc>
          <w:tcPr>
            <w:tcW w:w="9414" w:type="dxa"/>
            <w:gridSpan w:val="6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AA5F8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A5F8C" w:rsidRPr="00C37A64">
        <w:trPr>
          <w:trHeight w:hRule="exact" w:val="348"/>
        </w:trPr>
        <w:tc>
          <w:tcPr>
            <w:tcW w:w="15502" w:type="dxa"/>
            <w:gridSpan w:val="9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4" w:after="0" w:line="230" w:lineRule="auto"/>
              <w:ind w:left="72"/>
              <w:rPr>
                <w:rFonts w:ascii="Times New Roman" w:hAnsi="Times New Roman" w:cs="Times New Roman"/>
                <w:b/>
                <w:lang w:val="ru-RU"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Модуль 2. ТЕХНОЛОГИИ РУЧНОЙ ОБРАБОТКИ МАТЕРИАЛОВ</w:t>
            </w:r>
          </w:p>
        </w:tc>
      </w:tr>
      <w:tr w:rsidR="00AA5F8C" w:rsidRPr="00C37A64">
        <w:trPr>
          <w:trHeight w:hRule="exact" w:val="303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2.1.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6" w:after="0" w:line="252" w:lineRule="auto"/>
              <w:ind w:left="72" w:right="144"/>
              <w:rPr>
                <w:rFonts w:ascii="Times New Roman" w:hAnsi="Times New Roman" w:cs="Times New Roman"/>
                <w:b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Многообразие материалов, их свойств и их практическое 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применение в жизни. Исследование и сравнение элементарных физических, механических и технологических свойств различных материалов. 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Выбор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 xml:space="preserve"> 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материалов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 xml:space="preserve"> 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по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 xml:space="preserve"> 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их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 xml:space="preserve"> 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декоративно-художественным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 xml:space="preserve"> и 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конструктивным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 xml:space="preserve"> 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свойствам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AA5F8C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Times New Roman" w:hAnsi="Times New Roman" w:cs="Times New Roman"/>
                <w:b/>
                <w:lang w:val="ru-RU"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По заданному образцу организовывать свою деятельность: подготавливать 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рабочее место для работы с природным материалом; 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правильно и рационально размещать инструменты и материалы в 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соответствии с индивидуальными 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особенностями </w:t>
            </w:r>
            <w:proofErr w:type="gram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обучающихся</w:t>
            </w:r>
            <w:proofErr w:type="gram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; 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под контролем учителя в процессе 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выполнения изделия контролировать и при; 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необходимости восстанавливать 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порядок на рабочем месте; убирать 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рабочее место; 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6" w:after="0" w:line="245" w:lineRule="auto"/>
              <w:ind w:left="74"/>
              <w:rPr>
                <w:rFonts w:ascii="Times New Roman" w:hAnsi="Times New Roman" w:cs="Times New Roman"/>
                <w:b/>
              </w:rPr>
            </w:pP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Практическая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 xml:space="preserve"> 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работа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;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Times New Roman" w:hAnsi="Times New Roman" w:cs="Times New Roman"/>
                <w:b/>
                <w:lang w:val="ru-RU"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http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://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www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kudesniki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ru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gallery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 -галерея детских рисунков «Дети в Интернете»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http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://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www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chg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ru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Fairy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 -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творческий фестиваль «Детская сказка»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http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://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www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rozmisel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irk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ru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children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- «Творите</w:t>
            </w:r>
            <w:proofErr w:type="gram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!»</w:t>
            </w:r>
            <w:proofErr w:type="gramEnd"/>
          </w:p>
        </w:tc>
      </w:tr>
      <w:tr w:rsidR="00AA5F8C" w:rsidRPr="00C37A64">
        <w:trPr>
          <w:trHeight w:hRule="exact" w:val="186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2.2.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8" w:after="0" w:line="252" w:lineRule="auto"/>
              <w:ind w:left="72" w:right="288"/>
              <w:rPr>
                <w:rFonts w:ascii="Times New Roman" w:hAnsi="Times New Roman" w:cs="Times New Roman"/>
                <w:b/>
                <w:lang w:val="ru-RU"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б</w:t>
            </w:r>
            <w:proofErr w:type="gram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у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-</w:t>
            </w:r>
            <w:proofErr w:type="gramEnd"/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маги и др.), сборка изделия (сшивание)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AA5F8C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8" w:after="0" w:line="254" w:lineRule="auto"/>
              <w:ind w:left="72" w:right="144"/>
              <w:rPr>
                <w:rFonts w:ascii="Times New Roman" w:hAnsi="Times New Roman" w:cs="Times New Roman"/>
                <w:b/>
                <w:lang w:val="ru-RU"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Применять правила рационального и безопасного использования чертёжных инструментов (линейка; 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угольник; 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циркуль). Определять названия и 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назначение основных инструментов и приспособлений для ручного труда; использовать их в практической 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работе</w:t>
            </w:r>
            <w:proofErr w:type="gram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;;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8" w:after="0" w:line="245" w:lineRule="auto"/>
              <w:ind w:left="74"/>
              <w:rPr>
                <w:rFonts w:ascii="Times New Roman" w:hAnsi="Times New Roman" w:cs="Times New Roman"/>
                <w:b/>
              </w:rPr>
            </w:pPr>
            <w:proofErr w:type="spellStart"/>
            <w:proofErr w:type="gram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Практическая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 xml:space="preserve"> 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работа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;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8" w:after="0" w:line="254" w:lineRule="auto"/>
              <w:ind w:left="72"/>
              <w:rPr>
                <w:rFonts w:ascii="Times New Roman" w:hAnsi="Times New Roman" w:cs="Times New Roman"/>
                <w:b/>
                <w:lang w:val="ru-RU"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http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://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www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kudesniki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ru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gallery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 -галерея детских рисунков «Дети в Интернете»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http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://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www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chg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ru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Fairy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 -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творческий фестиваль «Детская сказка»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http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://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www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rozmisel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irk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ru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children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- «Творите</w:t>
            </w:r>
            <w:proofErr w:type="gram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!»</w:t>
            </w:r>
            <w:proofErr w:type="gramEnd"/>
          </w:p>
        </w:tc>
      </w:tr>
    </w:tbl>
    <w:p w:rsidR="00AA5F8C" w:rsidRPr="00106205" w:rsidRDefault="00AA5F8C">
      <w:pPr>
        <w:autoSpaceDE w:val="0"/>
        <w:autoSpaceDN w:val="0"/>
        <w:spacing w:after="0" w:line="14" w:lineRule="exact"/>
        <w:rPr>
          <w:lang w:val="ru-RU"/>
        </w:rPr>
      </w:pPr>
    </w:p>
    <w:p w:rsidR="00AA5F8C" w:rsidRPr="00106205" w:rsidRDefault="00AA5F8C">
      <w:pPr>
        <w:rPr>
          <w:lang w:val="ru-RU"/>
        </w:rPr>
        <w:sectPr w:rsidR="00AA5F8C" w:rsidRPr="00106205">
          <w:pgSz w:w="16840" w:h="11900"/>
          <w:pgMar w:top="284" w:right="640" w:bottom="484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AA5F8C" w:rsidRPr="00106205" w:rsidRDefault="00AA5F8C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5092"/>
        <w:gridCol w:w="528"/>
        <w:gridCol w:w="1104"/>
        <w:gridCol w:w="1140"/>
        <w:gridCol w:w="866"/>
        <w:gridCol w:w="2846"/>
        <w:gridCol w:w="1080"/>
        <w:gridCol w:w="2378"/>
      </w:tblGrid>
      <w:tr w:rsidR="00AA5F8C" w:rsidRPr="00C37A64">
        <w:trPr>
          <w:trHeight w:hRule="exact" w:val="169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2.3.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</w:rPr>
            </w:pP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Подвижное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 xml:space="preserve"> 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соединение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 xml:space="preserve"> 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деталей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 xml:space="preserve"> 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изделия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AA5F8C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8" w:after="0" w:line="247" w:lineRule="auto"/>
              <w:ind w:left="72" w:right="144"/>
              <w:rPr>
                <w:rFonts w:ascii="Times New Roman" w:hAnsi="Times New Roman" w:cs="Times New Roman"/>
                <w:b/>
                <w:lang w:val="ru-RU"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Различать подвижные и неподвижные соединения деталей в конструкции; использовать щелевой замок</w:t>
            </w:r>
            <w:proofErr w:type="gram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;;</w:t>
            </w:r>
            <w:proofErr w:type="gram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8" w:after="0" w:line="245" w:lineRule="auto"/>
              <w:ind w:left="74"/>
              <w:rPr>
                <w:rFonts w:ascii="Times New Roman" w:hAnsi="Times New Roman" w:cs="Times New Roman"/>
                <w:b/>
              </w:rPr>
            </w:pP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Практическая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 xml:space="preserve"> 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работа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;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8" w:after="0" w:line="254" w:lineRule="auto"/>
              <w:ind w:left="72"/>
              <w:rPr>
                <w:rFonts w:ascii="Times New Roman" w:hAnsi="Times New Roman" w:cs="Times New Roman"/>
                <w:b/>
                <w:lang w:val="ru-RU"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http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://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www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kudesniki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ru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gallery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 -галерея детских рисунков «Дети в Интернете»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http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://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www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chg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ru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Fairy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 -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творческий фестиваль «Детская сказка»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http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://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www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rozmisel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irk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ru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children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- «Творите</w:t>
            </w:r>
            <w:proofErr w:type="gram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!»</w:t>
            </w:r>
            <w:proofErr w:type="gramEnd"/>
          </w:p>
        </w:tc>
      </w:tr>
      <w:tr w:rsidR="00AA5F8C" w:rsidRPr="00C37A64">
        <w:trPr>
          <w:trHeight w:hRule="exact" w:val="361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6" w:after="0" w:line="23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2.4.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6" w:after="0" w:line="245" w:lineRule="auto"/>
              <w:ind w:left="72" w:right="144"/>
              <w:rPr>
                <w:rFonts w:ascii="Times New Roman" w:hAnsi="Times New Roman" w:cs="Times New Roman"/>
                <w:b/>
                <w:lang w:val="ru-RU"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Использование соответствующих способов обработки материалов в зависимости от вида и назначения изделия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  <w:b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  <w:b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  <w:b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AA5F8C">
            <w:pPr>
              <w:autoSpaceDE w:val="0"/>
              <w:autoSpaceDN w:val="0"/>
              <w:spacing w:before="76" w:after="0" w:line="23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Times New Roman" w:hAnsi="Times New Roman" w:cs="Times New Roman"/>
                <w:b/>
                <w:lang w:val="ru-RU"/>
              </w:rPr>
            </w:pPr>
            <w:proofErr w:type="gram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Анализировать конструкцию изделия; обсуждать варианты изготовления 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изделия; 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называть и выполнять основные 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технологические операции ручной 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обработки материалов в процессе 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изготовления изделия: разметку деталей с помощью линейки (угольника; 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циркуля); 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выделение деталей; 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формообразование деталей (сгибание; складывание тонкого картона и 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плотных видов бумаги); 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сборку изделия (склеивание) и отделку изделия или его деталей по заданному образцу и самостоятельно при 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выполнении изделия в изученной 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технике;;</w:t>
            </w:r>
            <w:proofErr w:type="gram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6" w:after="0" w:line="245" w:lineRule="auto"/>
              <w:ind w:left="74"/>
              <w:rPr>
                <w:rFonts w:ascii="Times New Roman" w:hAnsi="Times New Roman" w:cs="Times New Roman"/>
                <w:b/>
              </w:rPr>
            </w:pP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Практическая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 xml:space="preserve"> 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работа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;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Times New Roman" w:hAnsi="Times New Roman" w:cs="Times New Roman"/>
                <w:b/>
                <w:lang w:val="ru-RU"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http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://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www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kudesniki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ru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gallery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 -галерея детских рисунков «Дети в Интернете»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http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://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www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chg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ru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Fairy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 -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творческий фестиваль «Детская сказка»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http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://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www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rozmisel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irk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ru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children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- «Творите</w:t>
            </w:r>
            <w:proofErr w:type="gram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!»</w:t>
            </w:r>
            <w:proofErr w:type="gramEnd"/>
          </w:p>
        </w:tc>
      </w:tr>
      <w:tr w:rsidR="00AA5F8C" w:rsidRPr="00C37A64">
        <w:trPr>
          <w:trHeight w:hRule="exact" w:val="246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2.5.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8" w:after="0" w:line="245" w:lineRule="auto"/>
              <w:ind w:left="72" w:right="288"/>
              <w:rPr>
                <w:rFonts w:ascii="Times New Roman" w:hAnsi="Times New Roman" w:cs="Times New Roman"/>
                <w:b/>
                <w:lang w:val="ru-RU"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Виды условных графических изображений: рисунок, простейший чертёж, эскиз, схема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AA5F8C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8" w:after="0" w:line="254" w:lineRule="auto"/>
              <w:ind w:left="72" w:right="144"/>
              <w:rPr>
                <w:rFonts w:ascii="Times New Roman" w:hAnsi="Times New Roman" w:cs="Times New Roman"/>
                <w:b/>
                <w:lang w:val="ru-RU"/>
              </w:rPr>
            </w:pPr>
            <w:proofErr w:type="gram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Различать виды условных графических изображений: рисунок; 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простейший чертёж; 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эскиз; 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схема.; 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Использовать в практической работе чертёжные инструменты — линейку (угольник; 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циркуль); 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знать их функциональное назначение; конструкцию; 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;</w:t>
            </w:r>
            <w:proofErr w:type="gram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8" w:after="0" w:line="245" w:lineRule="auto"/>
              <w:ind w:left="74"/>
              <w:rPr>
                <w:rFonts w:ascii="Times New Roman" w:hAnsi="Times New Roman" w:cs="Times New Roman"/>
                <w:b/>
              </w:rPr>
            </w:pP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Практическая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 xml:space="preserve"> 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работа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;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8" w:after="0" w:line="254" w:lineRule="auto"/>
              <w:ind w:left="72"/>
              <w:rPr>
                <w:rFonts w:ascii="Times New Roman" w:hAnsi="Times New Roman" w:cs="Times New Roman"/>
                <w:b/>
                <w:lang w:val="ru-RU"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http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://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www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kudesniki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ru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gallery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 -галерея детских рисунков «Дети в Интернете»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http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://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www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chg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ru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Fairy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 -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творческий фестиваль «Детская сказка»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http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://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www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rozmisel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irk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ru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children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- «Творите</w:t>
            </w:r>
            <w:proofErr w:type="gram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!»</w:t>
            </w:r>
            <w:proofErr w:type="gramEnd"/>
          </w:p>
        </w:tc>
      </w:tr>
      <w:tr w:rsidR="00AA5F8C" w:rsidRPr="00C37A64">
        <w:trPr>
          <w:trHeight w:hRule="exact" w:val="258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2.6.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lang w:val="ru-RU"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Чертёжные инструменты — линейка (угольник, циркуль).</w:t>
            </w:r>
          </w:p>
          <w:p w:rsidR="00AA5F8C" w:rsidRPr="00C37A64" w:rsidRDefault="00246700">
            <w:pPr>
              <w:autoSpaceDE w:val="0"/>
              <w:autoSpaceDN w:val="0"/>
              <w:spacing w:before="20" w:after="0" w:line="245" w:lineRule="auto"/>
              <w:ind w:left="72" w:right="144"/>
              <w:rPr>
                <w:rFonts w:ascii="Times New Roman" w:hAnsi="Times New Roman" w:cs="Times New Roman"/>
                <w:b/>
                <w:lang w:val="ru-RU"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Их функциональное назначение, конструкция. Приёмы безопасной работы колющими (циркуль) инструментами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AA5F8C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8" w:after="0" w:line="254" w:lineRule="auto"/>
              <w:ind w:left="72" w:right="144"/>
              <w:rPr>
                <w:rFonts w:ascii="Times New Roman" w:hAnsi="Times New Roman" w:cs="Times New Roman"/>
                <w:b/>
                <w:lang w:val="ru-RU"/>
              </w:rPr>
            </w:pPr>
            <w:proofErr w:type="gram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Различать виды условных графических изображений: рисунок; 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простейший чертёж; 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эскиз; 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схема.; 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Использовать в практической работе чертёжные инструменты — линейку (угольник; 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циркуль); 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знать их функциональное назначение; конструкцию; 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;</w:t>
            </w:r>
            <w:proofErr w:type="gram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8" w:after="0" w:line="245" w:lineRule="auto"/>
              <w:ind w:left="74"/>
              <w:rPr>
                <w:rFonts w:ascii="Times New Roman" w:hAnsi="Times New Roman" w:cs="Times New Roman"/>
                <w:b/>
              </w:rPr>
            </w:pP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Практическая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 xml:space="preserve"> 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работа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;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8" w:after="0" w:line="254" w:lineRule="auto"/>
              <w:ind w:left="72"/>
              <w:rPr>
                <w:rFonts w:ascii="Times New Roman" w:hAnsi="Times New Roman" w:cs="Times New Roman"/>
                <w:b/>
                <w:lang w:val="ru-RU"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http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://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www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kudesniki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ru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gallery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 -галерея детских рисунков «Дети в Интернете»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http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://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www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chg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ru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Fairy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 -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творческий фестиваль «Детская сказка»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http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://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www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rozmisel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irk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ru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children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- «Творите</w:t>
            </w:r>
            <w:proofErr w:type="gram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!»</w:t>
            </w:r>
            <w:proofErr w:type="gramEnd"/>
          </w:p>
        </w:tc>
      </w:tr>
    </w:tbl>
    <w:p w:rsidR="00AA5F8C" w:rsidRPr="00106205" w:rsidRDefault="00AA5F8C">
      <w:pPr>
        <w:autoSpaceDE w:val="0"/>
        <w:autoSpaceDN w:val="0"/>
        <w:spacing w:after="0" w:line="14" w:lineRule="exact"/>
        <w:rPr>
          <w:lang w:val="ru-RU"/>
        </w:rPr>
      </w:pPr>
    </w:p>
    <w:p w:rsidR="00AA5F8C" w:rsidRPr="00106205" w:rsidRDefault="00AA5F8C">
      <w:pPr>
        <w:rPr>
          <w:lang w:val="ru-RU"/>
        </w:rPr>
        <w:sectPr w:rsidR="00AA5F8C" w:rsidRPr="00106205">
          <w:pgSz w:w="16840" w:h="11900"/>
          <w:pgMar w:top="284" w:right="640" w:bottom="472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AA5F8C" w:rsidRPr="00106205" w:rsidRDefault="00AA5F8C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5092"/>
        <w:gridCol w:w="528"/>
        <w:gridCol w:w="1104"/>
        <w:gridCol w:w="1140"/>
        <w:gridCol w:w="866"/>
        <w:gridCol w:w="2846"/>
        <w:gridCol w:w="1080"/>
        <w:gridCol w:w="2378"/>
      </w:tblGrid>
      <w:tr w:rsidR="00AA5F8C" w:rsidRPr="00C37A64">
        <w:trPr>
          <w:trHeight w:hRule="exact" w:val="265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2.7.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lang w:val="ru-RU"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Технология обработки бумаги и картона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AA5F8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8" w:after="0" w:line="254" w:lineRule="auto"/>
              <w:ind w:left="72" w:right="144"/>
              <w:rPr>
                <w:rFonts w:ascii="Times New Roman" w:hAnsi="Times New Roman" w:cs="Times New Roman"/>
                <w:b/>
                <w:lang w:val="ru-RU"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Наблюдать; 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сравнивать; 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сопоставлять свойства бумаги (состав; цвет; 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прочность); определять виды бумаг</w:t>
            </w:r>
            <w:proofErr w:type="gram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.; </w:t>
            </w:r>
            <w:proofErr w:type="gram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Называть особенности использования различных видов бумаги. С помощью учителя выбирать вид бумаги для 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изготовления изделия. Осваивать 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отдельные приёмы работы с бумагой; правила безопасной работы; 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правила разметки деталей</w:t>
            </w:r>
            <w:proofErr w:type="gram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; 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8" w:after="0" w:line="245" w:lineRule="auto"/>
              <w:ind w:left="74"/>
              <w:rPr>
                <w:rFonts w:ascii="Times New Roman" w:hAnsi="Times New Roman" w:cs="Times New Roman"/>
                <w:b/>
              </w:rPr>
            </w:pPr>
            <w:proofErr w:type="spellStart"/>
            <w:proofErr w:type="gram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Практическая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 xml:space="preserve"> 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работа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;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8" w:after="0" w:line="254" w:lineRule="auto"/>
              <w:ind w:left="72"/>
              <w:rPr>
                <w:rFonts w:ascii="Times New Roman" w:hAnsi="Times New Roman" w:cs="Times New Roman"/>
                <w:b/>
                <w:lang w:val="ru-RU"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http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://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www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kudesniki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ru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gallery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 -галерея детских рисунков «Дети в Интернете»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http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://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www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chg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ru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Fairy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 -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творческий фестиваль «Детская сказка»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http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://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www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rozmisel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irk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ru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children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- «Творите</w:t>
            </w:r>
            <w:proofErr w:type="gram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!»</w:t>
            </w:r>
            <w:proofErr w:type="gramEnd"/>
          </w:p>
        </w:tc>
      </w:tr>
      <w:tr w:rsidR="00AA5F8C" w:rsidRPr="00C37A64">
        <w:trPr>
          <w:trHeight w:hRule="exact" w:val="169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2.8.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hAnsi="Times New Roman" w:cs="Times New Roman"/>
                <w:b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Назначение линий чертежа (контур, линия разреза, сгиба, выносная, размерная). 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Чтение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 xml:space="preserve"> 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условных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 xml:space="preserve"> 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графических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 xml:space="preserve"> 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изображений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AA5F8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6" w:after="0" w:line="252" w:lineRule="auto"/>
              <w:ind w:left="72" w:right="432"/>
              <w:rPr>
                <w:rFonts w:ascii="Times New Roman" w:hAnsi="Times New Roman" w:cs="Times New Roman"/>
                <w:b/>
                <w:lang w:val="ru-RU"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Читать графическую чертёжную документацию: рисунок; 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простейший чертёж; 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эскиз и схему с учётом условных обозначений</w:t>
            </w:r>
            <w:proofErr w:type="gram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;;</w:t>
            </w:r>
            <w:proofErr w:type="gram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6" w:after="0" w:line="245" w:lineRule="auto"/>
              <w:ind w:left="74"/>
              <w:rPr>
                <w:rFonts w:ascii="Times New Roman" w:hAnsi="Times New Roman" w:cs="Times New Roman"/>
                <w:b/>
              </w:rPr>
            </w:pP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Практическая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 xml:space="preserve"> 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работа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;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Times New Roman" w:hAnsi="Times New Roman" w:cs="Times New Roman"/>
                <w:b/>
                <w:lang w:val="ru-RU"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http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://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www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kudesniki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ru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gallery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 -галерея детских рисунков «Дети в Интернете»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http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://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www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chg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ru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Fairy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 -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творческий фестиваль «Детская сказка»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http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://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www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rozmisel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irk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ru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children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- «Творите</w:t>
            </w:r>
            <w:proofErr w:type="gram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!»</w:t>
            </w:r>
            <w:proofErr w:type="gramEnd"/>
          </w:p>
        </w:tc>
      </w:tr>
      <w:tr w:rsidR="00AA5F8C" w:rsidRPr="00C37A64">
        <w:trPr>
          <w:trHeight w:hRule="exact" w:val="169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2.9.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8" w:after="0" w:line="245" w:lineRule="auto"/>
              <w:ind w:left="72" w:right="576"/>
              <w:rPr>
                <w:rFonts w:ascii="Times New Roman" w:hAnsi="Times New Roman" w:cs="Times New Roman"/>
                <w:b/>
                <w:lang w:val="ru-RU"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Построение прямоугольника от двух прямых углов (от одного прямого угла).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AA5F8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8" w:after="0" w:line="247" w:lineRule="auto"/>
              <w:ind w:left="72"/>
              <w:rPr>
                <w:rFonts w:ascii="Times New Roman" w:hAnsi="Times New Roman" w:cs="Times New Roman"/>
                <w:b/>
                <w:lang w:val="ru-RU"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Выполнять построение прямоугольника от двух прямых углов; 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от одного прямого угла</w:t>
            </w:r>
            <w:proofErr w:type="gram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;;</w:t>
            </w:r>
            <w:proofErr w:type="gram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8" w:after="0" w:line="245" w:lineRule="auto"/>
              <w:ind w:left="74"/>
              <w:rPr>
                <w:rFonts w:ascii="Times New Roman" w:hAnsi="Times New Roman" w:cs="Times New Roman"/>
                <w:b/>
              </w:rPr>
            </w:pP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Практическая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 xml:space="preserve"> 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работа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;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8" w:after="0" w:line="254" w:lineRule="auto"/>
              <w:ind w:left="72"/>
              <w:rPr>
                <w:rFonts w:ascii="Times New Roman" w:hAnsi="Times New Roman" w:cs="Times New Roman"/>
                <w:b/>
                <w:lang w:val="ru-RU"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http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://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www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kudesniki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ru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gallery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 -галерея детских рисунков «Дети в Интернете»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http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://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www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chg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ru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Fairy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 -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творческий фестиваль «Детская сказка»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http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://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www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rozmisel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irk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ru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children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- «Творите</w:t>
            </w:r>
            <w:proofErr w:type="gram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!»</w:t>
            </w:r>
            <w:proofErr w:type="gramEnd"/>
          </w:p>
        </w:tc>
      </w:tr>
      <w:tr w:rsidR="00AA5F8C" w:rsidRPr="00C37A64">
        <w:trPr>
          <w:trHeight w:hRule="exact" w:val="306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2.10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6" w:after="0" w:line="245" w:lineRule="auto"/>
              <w:ind w:left="72" w:right="1872"/>
              <w:rPr>
                <w:rFonts w:ascii="Times New Roman" w:hAnsi="Times New Roman" w:cs="Times New Roman"/>
                <w:b/>
                <w:lang w:val="ru-RU"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Сгибание и складывание тонкого картона и плотных видов бумаги — 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биговка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AA5F8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Times New Roman" w:hAnsi="Times New Roman" w:cs="Times New Roman"/>
                <w:b/>
                <w:lang w:val="ru-RU"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По заданному образцу организовывать свою деятельность: подготавливать 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рабочее место для работы с природным материалом; 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правильно и рационально размещать инструменты и материалы в 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соответствии с индивидуальными 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особенностями </w:t>
            </w:r>
            <w:proofErr w:type="gram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обучающихся</w:t>
            </w:r>
            <w:proofErr w:type="gram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; 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под контролем учителя в процессе 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выполнения изделия контролировать и при; 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необходимости восстанавливать 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порядок на рабочем месте; убирать 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рабочее место; 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6" w:after="0" w:line="245" w:lineRule="auto"/>
              <w:ind w:left="74"/>
              <w:rPr>
                <w:rFonts w:ascii="Times New Roman" w:hAnsi="Times New Roman" w:cs="Times New Roman"/>
                <w:b/>
              </w:rPr>
            </w:pP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Практическая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 xml:space="preserve"> 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работа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;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Times New Roman" w:hAnsi="Times New Roman" w:cs="Times New Roman"/>
                <w:b/>
                <w:lang w:val="ru-RU"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http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://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www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kudesniki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ru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gallery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 -галерея детских рисунков «Дети в Интернете»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http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://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www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chg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ru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Fairy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 -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творческий фестиваль «Детская сказка»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http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://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www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rozmisel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irk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ru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children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- «Творите</w:t>
            </w:r>
            <w:proofErr w:type="gram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!»</w:t>
            </w:r>
            <w:proofErr w:type="gramEnd"/>
          </w:p>
        </w:tc>
      </w:tr>
    </w:tbl>
    <w:p w:rsidR="00AA5F8C" w:rsidRPr="00106205" w:rsidRDefault="00AA5F8C">
      <w:pPr>
        <w:autoSpaceDE w:val="0"/>
        <w:autoSpaceDN w:val="0"/>
        <w:spacing w:after="0" w:line="14" w:lineRule="exact"/>
        <w:rPr>
          <w:lang w:val="ru-RU"/>
        </w:rPr>
      </w:pPr>
    </w:p>
    <w:p w:rsidR="00AA5F8C" w:rsidRPr="00106205" w:rsidRDefault="00AA5F8C">
      <w:pPr>
        <w:rPr>
          <w:lang w:val="ru-RU"/>
        </w:rPr>
        <w:sectPr w:rsidR="00AA5F8C" w:rsidRPr="00106205">
          <w:pgSz w:w="16840" w:h="11900"/>
          <w:pgMar w:top="284" w:right="640" w:bottom="1096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AA5F8C" w:rsidRPr="00106205" w:rsidRDefault="00AA5F8C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5092"/>
        <w:gridCol w:w="528"/>
        <w:gridCol w:w="1104"/>
        <w:gridCol w:w="1140"/>
        <w:gridCol w:w="866"/>
        <w:gridCol w:w="2846"/>
        <w:gridCol w:w="1080"/>
        <w:gridCol w:w="2378"/>
      </w:tblGrid>
      <w:tr w:rsidR="00AA5F8C" w:rsidRPr="00C37A64">
        <w:trPr>
          <w:trHeight w:hRule="exact" w:val="169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2.11.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lang w:val="ru-RU"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Разметка деталей с опорой на простейший чертёж, эскиз.</w:t>
            </w:r>
          </w:p>
          <w:p w:rsidR="00AA5F8C" w:rsidRPr="00C37A64" w:rsidRDefault="00246700">
            <w:pPr>
              <w:autoSpaceDE w:val="0"/>
              <w:autoSpaceDN w:val="0"/>
              <w:spacing w:before="20" w:after="0" w:line="245" w:lineRule="auto"/>
              <w:ind w:left="72"/>
              <w:rPr>
                <w:rFonts w:ascii="Times New Roman" w:hAnsi="Times New Roman" w:cs="Times New Roman"/>
                <w:b/>
                <w:lang w:val="ru-RU"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Изготовление изделий по рисунку, простейшему чертежу или эскизу, схеме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AA5F8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8" w:after="0" w:line="247" w:lineRule="auto"/>
              <w:ind w:left="72" w:right="288"/>
              <w:rPr>
                <w:rFonts w:ascii="Times New Roman" w:hAnsi="Times New Roman" w:cs="Times New Roman"/>
                <w:b/>
                <w:lang w:val="ru-RU"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Планировать свою деятельность по предложенному в учебнике; 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рабочей тетради образцу</w:t>
            </w:r>
            <w:proofErr w:type="gram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;;</w:t>
            </w:r>
            <w:proofErr w:type="gram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8" w:after="0" w:line="245" w:lineRule="auto"/>
              <w:ind w:left="74"/>
              <w:rPr>
                <w:rFonts w:ascii="Times New Roman" w:hAnsi="Times New Roman" w:cs="Times New Roman"/>
                <w:b/>
              </w:rPr>
            </w:pP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Практическая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 xml:space="preserve"> 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работа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;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8" w:after="0" w:line="254" w:lineRule="auto"/>
              <w:ind w:left="72"/>
              <w:rPr>
                <w:rFonts w:ascii="Times New Roman" w:hAnsi="Times New Roman" w:cs="Times New Roman"/>
                <w:b/>
                <w:lang w:val="ru-RU"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http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://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www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kudesniki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ru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gallery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 -галерея детских рисунков «Дети в Интернете»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http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://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www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chg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ru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Fairy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 -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творческий фестиваль «Детская сказка»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http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://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www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rozmisel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irk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ru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children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- «Творите</w:t>
            </w:r>
            <w:proofErr w:type="gram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!»</w:t>
            </w:r>
            <w:proofErr w:type="gramEnd"/>
          </w:p>
        </w:tc>
      </w:tr>
      <w:tr w:rsidR="00AA5F8C" w:rsidRPr="00C37A64">
        <w:trPr>
          <w:trHeight w:hRule="exact" w:val="169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6" w:after="0" w:line="23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2.12.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6" w:after="0" w:line="245" w:lineRule="auto"/>
              <w:ind w:left="72" w:right="1584"/>
              <w:rPr>
                <w:rFonts w:ascii="Times New Roman" w:hAnsi="Times New Roman" w:cs="Times New Roman"/>
                <w:b/>
                <w:lang w:val="ru-RU"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Использование измерений, вычислений 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и построений для решения практических задач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  <w:b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  <w:b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  <w:b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AA5F8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hAnsi="Times New Roman" w:cs="Times New Roman"/>
                <w:b/>
                <w:lang w:val="ru-RU"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Осваивать построение окружности и разметку деталей с помощью циркуля</w:t>
            </w:r>
            <w:proofErr w:type="gram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;;</w:t>
            </w:r>
            <w:proofErr w:type="gram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6" w:after="0" w:line="245" w:lineRule="auto"/>
              <w:ind w:left="74"/>
              <w:rPr>
                <w:rFonts w:ascii="Times New Roman" w:hAnsi="Times New Roman" w:cs="Times New Roman"/>
                <w:b/>
              </w:rPr>
            </w:pP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Практическая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 xml:space="preserve"> 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работа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;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Times New Roman" w:hAnsi="Times New Roman" w:cs="Times New Roman"/>
                <w:b/>
                <w:lang w:val="ru-RU"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http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://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www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kudesniki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ru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gallery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 -галерея детских рисунков «Дети в Интернете»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http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://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www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chg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ru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Fairy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 -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творческий фестиваль «Детская сказка»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http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://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www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rozmisel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irk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ru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children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- «Творите</w:t>
            </w:r>
            <w:proofErr w:type="gram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!»</w:t>
            </w:r>
            <w:proofErr w:type="gramEnd"/>
          </w:p>
        </w:tc>
      </w:tr>
      <w:tr w:rsidR="00AA5F8C" w:rsidRPr="00C37A64">
        <w:trPr>
          <w:trHeight w:hRule="exact" w:val="169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2.13.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lang w:val="ru-RU"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Подвижное соединение деталей на проволоку, толстую нитку.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AA5F8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6" w:after="0" w:line="250" w:lineRule="auto"/>
              <w:ind w:left="72" w:right="432"/>
              <w:rPr>
                <w:rFonts w:ascii="Times New Roman" w:hAnsi="Times New Roman" w:cs="Times New Roman"/>
                <w:b/>
                <w:lang w:val="ru-RU"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Выполнять подвижное соединение деталей изделия на проволоку; 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толстую нитку</w:t>
            </w:r>
            <w:proofErr w:type="gram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;;</w:t>
            </w:r>
            <w:proofErr w:type="gram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6" w:after="0" w:line="245" w:lineRule="auto"/>
              <w:ind w:left="74"/>
              <w:rPr>
                <w:rFonts w:ascii="Times New Roman" w:hAnsi="Times New Roman" w:cs="Times New Roman"/>
                <w:b/>
              </w:rPr>
            </w:pP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Практическая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 xml:space="preserve"> 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работа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;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Times New Roman" w:hAnsi="Times New Roman" w:cs="Times New Roman"/>
                <w:b/>
                <w:lang w:val="ru-RU"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http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://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www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kudesniki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ru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gallery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 -галерея детских рисунков «Дети в Интернете»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http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://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www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chg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ru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Fairy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 -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творческий фестиваль «Детская сказка»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http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://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www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rozmisel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irk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ru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children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- «Творите</w:t>
            </w:r>
            <w:proofErr w:type="gram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!»</w:t>
            </w:r>
            <w:proofErr w:type="gramEnd"/>
          </w:p>
        </w:tc>
      </w:tr>
      <w:tr w:rsidR="00AA5F8C" w:rsidRPr="00C37A64">
        <w:trPr>
          <w:trHeight w:hRule="exact" w:val="1692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4" w:after="0" w:line="23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2.14.</w:t>
            </w:r>
          </w:p>
        </w:tc>
        <w:tc>
          <w:tcPr>
            <w:tcW w:w="509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4" w:after="0" w:line="250" w:lineRule="auto"/>
              <w:ind w:left="72" w:right="144"/>
              <w:rPr>
                <w:rFonts w:ascii="Times New Roman" w:hAnsi="Times New Roman" w:cs="Times New Roman"/>
                <w:b/>
                <w:lang w:val="ru-RU"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4" w:after="0" w:line="230" w:lineRule="auto"/>
              <w:ind w:left="72"/>
              <w:rPr>
                <w:rFonts w:ascii="Times New Roman" w:hAnsi="Times New Roman" w:cs="Times New Roman"/>
                <w:b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1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4" w:after="0" w:line="230" w:lineRule="auto"/>
              <w:ind w:left="72"/>
              <w:rPr>
                <w:rFonts w:ascii="Times New Roman" w:hAnsi="Times New Roman" w:cs="Times New Roman"/>
                <w:b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0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4" w:after="0" w:line="230" w:lineRule="auto"/>
              <w:ind w:left="72"/>
              <w:rPr>
                <w:rFonts w:ascii="Times New Roman" w:hAnsi="Times New Roman" w:cs="Times New Roman"/>
                <w:b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0</w:t>
            </w:r>
          </w:p>
        </w:tc>
        <w:tc>
          <w:tcPr>
            <w:tcW w:w="86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AA5F8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4" w:after="0" w:line="254" w:lineRule="auto"/>
              <w:ind w:left="72" w:right="288"/>
              <w:rPr>
                <w:rFonts w:ascii="Times New Roman" w:hAnsi="Times New Roman" w:cs="Times New Roman"/>
                <w:b/>
                <w:lang w:val="ru-RU"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Классифицировать изучаемые 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материалы (ткани; 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трикотаж; 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нетканые) по способу изготовления; нитям основ; нитки по назначению и происхождению; 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изучаемые материалы по сырью; 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из которого они изготовлены</w:t>
            </w:r>
            <w:proofErr w:type="gram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;;</w:t>
            </w:r>
            <w:proofErr w:type="gramEnd"/>
          </w:p>
        </w:tc>
        <w:tc>
          <w:tcPr>
            <w:tcW w:w="108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4" w:after="0" w:line="245" w:lineRule="auto"/>
              <w:ind w:left="74"/>
              <w:rPr>
                <w:rFonts w:ascii="Times New Roman" w:hAnsi="Times New Roman" w:cs="Times New Roman"/>
                <w:b/>
              </w:rPr>
            </w:pP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Практическая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 xml:space="preserve"> 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работа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;</w:t>
            </w:r>
          </w:p>
        </w:tc>
        <w:tc>
          <w:tcPr>
            <w:tcW w:w="237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4" w:after="0" w:line="254" w:lineRule="auto"/>
              <w:ind w:left="72"/>
              <w:rPr>
                <w:rFonts w:ascii="Times New Roman" w:hAnsi="Times New Roman" w:cs="Times New Roman"/>
                <w:b/>
                <w:lang w:val="ru-RU"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http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://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www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kudesniki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ru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gallery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 -галерея детских рисунков «Дети в Интернете»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http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://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www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chg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ru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Fairy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 -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творческий фестиваль «Детская сказка»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http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://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www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rozmisel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irk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ru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children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- «Творите</w:t>
            </w:r>
            <w:proofErr w:type="gram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!»</w:t>
            </w:r>
            <w:proofErr w:type="gramEnd"/>
          </w:p>
        </w:tc>
      </w:tr>
      <w:tr w:rsidR="00AA5F8C" w:rsidRPr="00C37A64">
        <w:trPr>
          <w:trHeight w:hRule="exact" w:val="169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2.15.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</w:rPr>
            </w:pP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Виды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 xml:space="preserve"> 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ниток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 xml:space="preserve"> (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швейные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 xml:space="preserve">, 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мулине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AA5F8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6" w:after="0" w:line="252" w:lineRule="auto"/>
              <w:ind w:left="72" w:right="288"/>
              <w:rPr>
                <w:rFonts w:ascii="Times New Roman" w:hAnsi="Times New Roman" w:cs="Times New Roman"/>
                <w:b/>
                <w:lang w:val="ru-RU"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Определять виды ниток: шёлковые; мулине; 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швейные; 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пряжа; 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их использование</w:t>
            </w:r>
            <w:proofErr w:type="gram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;;</w:t>
            </w:r>
            <w:proofErr w:type="gram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6" w:after="0" w:line="245" w:lineRule="auto"/>
              <w:ind w:left="74"/>
              <w:rPr>
                <w:rFonts w:ascii="Times New Roman" w:hAnsi="Times New Roman" w:cs="Times New Roman"/>
                <w:b/>
              </w:rPr>
            </w:pP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Практическая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 xml:space="preserve"> 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работа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;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Times New Roman" w:hAnsi="Times New Roman" w:cs="Times New Roman"/>
                <w:b/>
                <w:lang w:val="ru-RU"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http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://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www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kudesniki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ru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gallery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 -галерея детских рисунков «Дети в Интернете»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http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://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www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chg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ru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Fairy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 -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творческий фестиваль «Детская сказка»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http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://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www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rozmisel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irk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ru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children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- «Творите</w:t>
            </w:r>
            <w:proofErr w:type="gram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!»</w:t>
            </w:r>
            <w:proofErr w:type="gramEnd"/>
          </w:p>
        </w:tc>
      </w:tr>
      <w:tr w:rsidR="00AA5F8C" w:rsidRPr="00C37A64">
        <w:trPr>
          <w:trHeight w:hRule="exact" w:val="167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2.16.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b/>
                <w:lang w:val="ru-RU"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Трикотаж, нетканые материалы (общее представление), его строение и основные свойства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AA5F8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8" w:after="0" w:line="254" w:lineRule="auto"/>
              <w:ind w:left="72" w:right="144"/>
              <w:rPr>
                <w:rFonts w:ascii="Times New Roman" w:hAnsi="Times New Roman" w:cs="Times New Roman"/>
                <w:b/>
                <w:lang w:val="ru-RU"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Определять под руководством учителя сырьё для производства натуральных тканей (хлопковые и льняные ткани вырабатывают из волокон 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растительного происхождения; 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шерстяные производят из волокна; 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получаемого из шерсти животных</w:t>
            </w:r>
            <w:proofErr w:type="gram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);;</w:t>
            </w:r>
            <w:proofErr w:type="gram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8" w:after="0" w:line="245" w:lineRule="auto"/>
              <w:ind w:left="74"/>
              <w:rPr>
                <w:rFonts w:ascii="Times New Roman" w:hAnsi="Times New Roman" w:cs="Times New Roman"/>
                <w:b/>
              </w:rPr>
            </w:pP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Практическая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 xml:space="preserve"> 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работа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;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8" w:after="0" w:line="254" w:lineRule="auto"/>
              <w:ind w:left="72"/>
              <w:rPr>
                <w:rFonts w:ascii="Times New Roman" w:hAnsi="Times New Roman" w:cs="Times New Roman"/>
                <w:b/>
                <w:lang w:val="ru-RU"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http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://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www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kudesniki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ru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gallery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 -галерея детских рисунков «Дети в Интернете»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http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://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www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chg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ru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Fairy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 -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творческий фестиваль «Детская сказка»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http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://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www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rozmisel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irk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ru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children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- «Творите</w:t>
            </w:r>
            <w:proofErr w:type="gram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!»</w:t>
            </w:r>
            <w:proofErr w:type="gramEnd"/>
          </w:p>
        </w:tc>
      </w:tr>
    </w:tbl>
    <w:p w:rsidR="00AA5F8C" w:rsidRPr="00106205" w:rsidRDefault="00AA5F8C">
      <w:pPr>
        <w:autoSpaceDE w:val="0"/>
        <w:autoSpaceDN w:val="0"/>
        <w:spacing w:after="0" w:line="14" w:lineRule="exact"/>
        <w:rPr>
          <w:lang w:val="ru-RU"/>
        </w:rPr>
      </w:pPr>
    </w:p>
    <w:p w:rsidR="00AA5F8C" w:rsidRPr="00106205" w:rsidRDefault="00AA5F8C">
      <w:pPr>
        <w:rPr>
          <w:lang w:val="ru-RU"/>
        </w:rPr>
        <w:sectPr w:rsidR="00AA5F8C" w:rsidRPr="00106205">
          <w:pgSz w:w="16840" w:h="11900"/>
          <w:pgMar w:top="284" w:right="640" w:bottom="58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AA5F8C" w:rsidRPr="00106205" w:rsidRDefault="00AA5F8C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5092"/>
        <w:gridCol w:w="528"/>
        <w:gridCol w:w="1104"/>
        <w:gridCol w:w="1140"/>
        <w:gridCol w:w="866"/>
        <w:gridCol w:w="2846"/>
        <w:gridCol w:w="1080"/>
        <w:gridCol w:w="2378"/>
      </w:tblGrid>
      <w:tr w:rsidR="00AA5F8C" w:rsidRPr="00C37A64">
        <w:trPr>
          <w:trHeight w:hRule="exact" w:val="169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2.17.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8" w:after="0" w:line="247" w:lineRule="auto"/>
              <w:ind w:left="72" w:right="576"/>
              <w:rPr>
                <w:rFonts w:ascii="Times New Roman" w:hAnsi="Times New Roman" w:cs="Times New Roman"/>
                <w:b/>
                <w:lang w:val="ru-RU"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Варианты строчки прямого стежка (перевивы, наборы) и/или строчка косого стежка и её варианты (крестик, стебельчатая, ёлочка)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AA5F8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8" w:after="0" w:line="252" w:lineRule="auto"/>
              <w:ind w:left="72" w:right="432"/>
              <w:rPr>
                <w:rFonts w:ascii="Times New Roman" w:hAnsi="Times New Roman" w:cs="Times New Roman"/>
                <w:b/>
                <w:lang w:val="ru-RU"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Соблюдать технологическую 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последовательность изготовления несложного швейного изделия (разметка деталей; 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выкраивание деталей; 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отделка деталей; 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сшивание деталей</w:t>
            </w:r>
            <w:proofErr w:type="gram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);;</w:t>
            </w:r>
            <w:proofErr w:type="gram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8" w:after="0" w:line="245" w:lineRule="auto"/>
              <w:ind w:left="74"/>
              <w:rPr>
                <w:rFonts w:ascii="Times New Roman" w:hAnsi="Times New Roman" w:cs="Times New Roman"/>
                <w:b/>
              </w:rPr>
            </w:pP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Практическая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 xml:space="preserve"> 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работа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;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8" w:after="0" w:line="254" w:lineRule="auto"/>
              <w:ind w:left="72"/>
              <w:rPr>
                <w:rFonts w:ascii="Times New Roman" w:hAnsi="Times New Roman" w:cs="Times New Roman"/>
                <w:b/>
                <w:lang w:val="ru-RU"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http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://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www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kudesniki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ru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gallery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 -галерея детских рисунков «Дети в Интернете»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http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://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www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chg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ru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Fairy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 -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творческий фестиваль «Детская сказка»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http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://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www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rozmisel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irk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ru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children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- «Творите</w:t>
            </w:r>
            <w:proofErr w:type="gram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!»</w:t>
            </w:r>
            <w:proofErr w:type="gramEnd"/>
          </w:p>
        </w:tc>
      </w:tr>
      <w:tr w:rsidR="00AA5F8C" w:rsidRPr="00C37A64">
        <w:trPr>
          <w:trHeight w:hRule="exact" w:val="169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6" w:after="0" w:line="23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2.18.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  <w:b/>
                <w:lang w:val="ru-RU"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Лекало. Разметка с помощью лекала (простейшей выкройки)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  <w:b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  <w:b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  <w:b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AA5F8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hAnsi="Times New Roman" w:cs="Times New Roman"/>
                <w:b/>
                <w:lang w:val="ru-RU"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Выполнять разметку с помощью лекала (простейшей выкройки</w:t>
            </w:r>
            <w:proofErr w:type="gram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);;</w:t>
            </w:r>
            <w:proofErr w:type="gram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6" w:after="0" w:line="245" w:lineRule="auto"/>
              <w:ind w:left="74"/>
              <w:rPr>
                <w:rFonts w:ascii="Times New Roman" w:hAnsi="Times New Roman" w:cs="Times New Roman"/>
                <w:b/>
              </w:rPr>
            </w:pP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Практическая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 xml:space="preserve"> 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работа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;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Times New Roman" w:hAnsi="Times New Roman" w:cs="Times New Roman"/>
                <w:b/>
                <w:lang w:val="ru-RU"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http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://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www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kudesniki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ru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gallery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 -галерея детских рисунков «Дети в Интернете»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http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://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www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chg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ru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Fairy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 -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творческий фестиваль «Детская сказка»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http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://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www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rozmisel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irk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ru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children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- «Творите</w:t>
            </w:r>
            <w:proofErr w:type="gram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!»</w:t>
            </w:r>
            <w:proofErr w:type="gramEnd"/>
          </w:p>
        </w:tc>
      </w:tr>
      <w:tr w:rsidR="00AA5F8C" w:rsidRPr="00C37A64">
        <w:trPr>
          <w:trHeight w:hRule="exact" w:val="170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2.19.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Times New Roman" w:hAnsi="Times New Roman" w:cs="Times New Roman"/>
                <w:b/>
                <w:lang w:val="ru-RU"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AA5F8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6" w:after="0" w:line="245" w:lineRule="auto"/>
              <w:ind w:left="72" w:right="288"/>
              <w:rPr>
                <w:rFonts w:ascii="Times New Roman" w:hAnsi="Times New Roman" w:cs="Times New Roman"/>
                <w:b/>
                <w:lang w:val="ru-RU"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Расходовать экономно ткань и нитки при изготовлении изделия</w:t>
            </w:r>
            <w:proofErr w:type="gram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;;</w:t>
            </w:r>
            <w:proofErr w:type="gram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6" w:after="0" w:line="245" w:lineRule="auto"/>
              <w:ind w:left="74"/>
              <w:rPr>
                <w:rFonts w:ascii="Times New Roman" w:hAnsi="Times New Roman" w:cs="Times New Roman"/>
                <w:b/>
              </w:rPr>
            </w:pP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Практическая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 xml:space="preserve"> 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работа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;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Times New Roman" w:hAnsi="Times New Roman" w:cs="Times New Roman"/>
                <w:b/>
                <w:lang w:val="ru-RU"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http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://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www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kudesniki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ru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gallery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 -галерея детских рисунков «Дети в Интернете»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http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://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www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chg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ru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Fairy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 -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творческий фестиваль «Детская сказка»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http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://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www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rozmisel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irk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ru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children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- «Творите</w:t>
            </w:r>
            <w:proofErr w:type="gram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!»</w:t>
            </w:r>
            <w:proofErr w:type="gramEnd"/>
          </w:p>
        </w:tc>
      </w:tr>
      <w:tr w:rsidR="00AA5F8C" w:rsidRPr="00C37A64">
        <w:trPr>
          <w:trHeight w:hRule="exact" w:val="169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2.20.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hAnsi="Times New Roman" w:cs="Times New Roman"/>
                <w:b/>
                <w:lang w:val="ru-RU"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Использование дополнительных материалов (например, проволока, пряжа, бусины и др.)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AA5F8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hAnsi="Times New Roman" w:cs="Times New Roman"/>
                <w:b/>
                <w:lang w:val="ru-RU"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Понимать особенности разметки 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деталей кроя и резания (раскрой) ткани и по лекалу (или выкройке</w:t>
            </w:r>
            <w:proofErr w:type="gram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);;</w:t>
            </w:r>
            <w:proofErr w:type="gram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8" w:after="0" w:line="245" w:lineRule="auto"/>
              <w:ind w:left="74"/>
              <w:rPr>
                <w:rFonts w:ascii="Times New Roman" w:hAnsi="Times New Roman" w:cs="Times New Roman"/>
                <w:b/>
              </w:rPr>
            </w:pP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Практическая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 xml:space="preserve"> 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работа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;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8" w:after="0" w:line="254" w:lineRule="auto"/>
              <w:ind w:left="72"/>
              <w:rPr>
                <w:rFonts w:ascii="Times New Roman" w:hAnsi="Times New Roman" w:cs="Times New Roman"/>
                <w:b/>
                <w:lang w:val="ru-RU"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http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://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www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kudesniki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ru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gallery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 -галерея детских рисунков «Дети в Интернете»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http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://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www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chg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ru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Fairy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 -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творческий фестиваль «Детская сказка»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http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://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www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rozmisel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irk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ru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children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- «Творите</w:t>
            </w:r>
            <w:proofErr w:type="gram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!»</w:t>
            </w:r>
            <w:proofErr w:type="gramEnd"/>
          </w:p>
        </w:tc>
      </w:tr>
      <w:tr w:rsidR="00AA5F8C" w:rsidRPr="00C37A64">
        <w:trPr>
          <w:trHeight w:hRule="exact" w:val="348"/>
        </w:trPr>
        <w:tc>
          <w:tcPr>
            <w:tcW w:w="5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</w:rPr>
            </w:pP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Итого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 xml:space="preserve"> 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по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 xml:space="preserve"> 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модулю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14</w:t>
            </w:r>
          </w:p>
        </w:tc>
        <w:tc>
          <w:tcPr>
            <w:tcW w:w="94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AA5F8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A5F8C" w:rsidRPr="00C37A64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</w:rPr>
            </w:pP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Модуль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 xml:space="preserve"> 3. КОНСТРУИРОВАНИЕ И МОДЕЛИРОВАНИЕ</w:t>
            </w:r>
          </w:p>
        </w:tc>
      </w:tr>
      <w:tr w:rsidR="00AA5F8C" w:rsidRPr="00C37A64">
        <w:trPr>
          <w:trHeight w:hRule="exact" w:val="205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3.1.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8" w:after="0" w:line="247" w:lineRule="auto"/>
              <w:ind w:left="72" w:right="144"/>
              <w:rPr>
                <w:rFonts w:ascii="Times New Roman" w:hAnsi="Times New Roman" w:cs="Times New Roman"/>
                <w:b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Основные и дополнительные детали. Общее представление о правилах создания гармоничной композиции. 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Симметрия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 xml:space="preserve">, 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способы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 xml:space="preserve"> 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разметки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 xml:space="preserve"> и 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конструирования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 xml:space="preserve"> 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симметричных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 xml:space="preserve"> 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форм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AA5F8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8" w:after="0" w:line="254" w:lineRule="auto"/>
              <w:ind w:left="72"/>
              <w:rPr>
                <w:rFonts w:ascii="Times New Roman" w:hAnsi="Times New Roman" w:cs="Times New Roman"/>
                <w:b/>
                <w:lang w:val="ru-RU"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Выделять основные и дополнительные детали конструкции; 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называть их форму и определять способ соединения; анализировать 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конструкцию изделия по рисунку; 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фотографии; 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схеме и готовому образцу; 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конструировать и моделировать 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изделия из различных материалов по простейшему чертежу или эскизу</w:t>
            </w:r>
            <w:proofErr w:type="gram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;;</w:t>
            </w:r>
            <w:proofErr w:type="gram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8" w:after="0" w:line="245" w:lineRule="auto"/>
              <w:ind w:left="74"/>
              <w:rPr>
                <w:rFonts w:ascii="Times New Roman" w:hAnsi="Times New Roman" w:cs="Times New Roman"/>
                <w:b/>
              </w:rPr>
            </w:pP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Практическая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 xml:space="preserve"> 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работа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;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8" w:after="0" w:line="254" w:lineRule="auto"/>
              <w:ind w:left="72"/>
              <w:rPr>
                <w:rFonts w:ascii="Times New Roman" w:hAnsi="Times New Roman" w:cs="Times New Roman"/>
                <w:b/>
                <w:lang w:val="ru-RU"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http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://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www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kudesniki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ru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gallery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 -галерея детских рисунков «Дети в Интернете»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http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://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www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chg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ru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Fairy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 -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творческий фестиваль «Детская сказка»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http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://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www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rozmisel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irk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ru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children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- «Творите</w:t>
            </w:r>
            <w:proofErr w:type="gram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!»</w:t>
            </w:r>
            <w:proofErr w:type="gramEnd"/>
          </w:p>
        </w:tc>
      </w:tr>
    </w:tbl>
    <w:p w:rsidR="00AA5F8C" w:rsidRPr="00106205" w:rsidRDefault="00AA5F8C">
      <w:pPr>
        <w:autoSpaceDE w:val="0"/>
        <w:autoSpaceDN w:val="0"/>
        <w:spacing w:after="0" w:line="14" w:lineRule="exact"/>
        <w:rPr>
          <w:lang w:val="ru-RU"/>
        </w:rPr>
      </w:pPr>
    </w:p>
    <w:p w:rsidR="00AA5F8C" w:rsidRPr="00106205" w:rsidRDefault="00AA5F8C">
      <w:pPr>
        <w:rPr>
          <w:lang w:val="ru-RU"/>
        </w:rPr>
        <w:sectPr w:rsidR="00AA5F8C" w:rsidRPr="00106205">
          <w:pgSz w:w="16840" w:h="11900"/>
          <w:pgMar w:top="284" w:right="640" w:bottom="88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AA5F8C" w:rsidRPr="00106205" w:rsidRDefault="00AA5F8C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5092"/>
        <w:gridCol w:w="528"/>
        <w:gridCol w:w="1104"/>
        <w:gridCol w:w="1140"/>
        <w:gridCol w:w="866"/>
        <w:gridCol w:w="2846"/>
        <w:gridCol w:w="1080"/>
        <w:gridCol w:w="2378"/>
      </w:tblGrid>
      <w:tr w:rsidR="00AA5F8C" w:rsidRPr="00C37A64">
        <w:trPr>
          <w:trHeight w:hRule="exact" w:val="169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3.2.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8" w:after="0" w:line="245" w:lineRule="auto"/>
              <w:ind w:left="72" w:right="864"/>
              <w:rPr>
                <w:rFonts w:ascii="Times New Roman" w:hAnsi="Times New Roman" w:cs="Times New Roman"/>
                <w:b/>
                <w:lang w:val="ru-RU"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Конструирование и моделирование изделий из различных материалов по простейшему чертежу или эскизу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AA5F8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8" w:after="0" w:line="254" w:lineRule="auto"/>
              <w:ind w:left="72"/>
              <w:rPr>
                <w:rFonts w:ascii="Times New Roman" w:hAnsi="Times New Roman" w:cs="Times New Roman"/>
                <w:b/>
                <w:lang w:val="ru-RU"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Вносить элементарные конструктивные изменения и дополнения в изделие в связи с дополненными/изменёнными функциями/условиями использования: изменять детали конструкции изделия для создания разных его вариантов; 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вносить творческие изменения в 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создаваемые изделия</w:t>
            </w:r>
            <w:proofErr w:type="gram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;;</w:t>
            </w:r>
            <w:proofErr w:type="gram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8" w:after="0" w:line="245" w:lineRule="auto"/>
              <w:ind w:left="74"/>
              <w:rPr>
                <w:rFonts w:ascii="Times New Roman" w:hAnsi="Times New Roman" w:cs="Times New Roman"/>
                <w:b/>
              </w:rPr>
            </w:pP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Практическая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 xml:space="preserve"> 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работа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;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8" w:after="0" w:line="254" w:lineRule="auto"/>
              <w:ind w:left="72"/>
              <w:rPr>
                <w:rFonts w:ascii="Times New Roman" w:hAnsi="Times New Roman" w:cs="Times New Roman"/>
                <w:b/>
                <w:lang w:val="ru-RU"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http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://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www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kudesniki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ru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gallery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 -галерея детских рисунков «Дети в Интернете»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http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://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www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chg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ru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Fairy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 -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творческий фестиваль «Детская сказка»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http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://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www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rozmisel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irk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ru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children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- «Творите</w:t>
            </w:r>
            <w:proofErr w:type="gram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!»</w:t>
            </w:r>
            <w:proofErr w:type="gramEnd"/>
          </w:p>
        </w:tc>
      </w:tr>
      <w:tr w:rsidR="00AA5F8C" w:rsidRPr="00C37A64">
        <w:trPr>
          <w:trHeight w:hRule="exact" w:val="169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6" w:after="0" w:line="23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3.3.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  <w:b/>
              </w:rPr>
            </w:pP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Подвижное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 xml:space="preserve"> 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соединение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 xml:space="preserve"> 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деталей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 xml:space="preserve"> 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конструкции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  <w:b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  <w:b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  <w:b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AA5F8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Times New Roman" w:hAnsi="Times New Roman" w:cs="Times New Roman"/>
                <w:b/>
                <w:lang w:val="ru-RU"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При выполнении практических работ учитывать правила создания 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гармоничной композиции; Контрольная работа</w:t>
            </w:r>
            <w:proofErr w:type="gram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.;;</w:t>
            </w:r>
            <w:proofErr w:type="gram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6" w:after="0" w:line="245" w:lineRule="auto"/>
              <w:ind w:left="74"/>
              <w:rPr>
                <w:rFonts w:ascii="Times New Roman" w:hAnsi="Times New Roman" w:cs="Times New Roman"/>
                <w:b/>
              </w:rPr>
            </w:pP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Контрольная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 xml:space="preserve"> 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работа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;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Times New Roman" w:hAnsi="Times New Roman" w:cs="Times New Roman"/>
                <w:b/>
                <w:lang w:val="ru-RU"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http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://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www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kudesniki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ru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gallery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 -галерея детских рисунков «Дети в Интернете»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http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://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www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chg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ru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Fairy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 -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творческий фестиваль «Детская сказка»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http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://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www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rozmisel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irk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ru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children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- «Творите</w:t>
            </w:r>
            <w:proofErr w:type="gram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!»</w:t>
            </w:r>
            <w:proofErr w:type="gramEnd"/>
          </w:p>
        </w:tc>
      </w:tr>
      <w:tr w:rsidR="00AA5F8C" w:rsidRPr="00C37A64">
        <w:trPr>
          <w:trHeight w:hRule="exact" w:val="169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3.4.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hAnsi="Times New Roman" w:cs="Times New Roman"/>
                <w:b/>
                <w:lang w:val="ru-RU"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Внесение элементарных конструктивных изменений и дополнений в изделие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AA5F8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6" w:after="0" w:line="250" w:lineRule="auto"/>
              <w:ind w:left="72" w:right="288"/>
              <w:rPr>
                <w:rFonts w:ascii="Times New Roman" w:hAnsi="Times New Roman" w:cs="Times New Roman"/>
                <w:b/>
                <w:lang w:val="ru-RU"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Учитывать основные принципы 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создания конструкции: прочность и жёсткость</w:t>
            </w:r>
            <w:proofErr w:type="gram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;;</w:t>
            </w:r>
            <w:proofErr w:type="gram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6" w:after="0" w:line="245" w:lineRule="auto"/>
              <w:ind w:left="74"/>
              <w:rPr>
                <w:rFonts w:ascii="Times New Roman" w:hAnsi="Times New Roman" w:cs="Times New Roman"/>
                <w:b/>
              </w:rPr>
            </w:pP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Практическая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 xml:space="preserve"> 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работа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;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Times New Roman" w:hAnsi="Times New Roman" w:cs="Times New Roman"/>
                <w:b/>
                <w:lang w:val="ru-RU"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http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://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www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kudesniki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ru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gallery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 -галерея детских рисунков «Дети в Интернете»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http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://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www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chg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ru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Fairy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 -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творческий фестиваль «Детская сказка»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http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://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www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rozmisel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irk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ru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children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- «Творите</w:t>
            </w:r>
            <w:proofErr w:type="gram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!»</w:t>
            </w:r>
            <w:proofErr w:type="gramEnd"/>
          </w:p>
        </w:tc>
      </w:tr>
      <w:tr w:rsidR="00AA5F8C" w:rsidRPr="00C37A64">
        <w:trPr>
          <w:trHeight w:hRule="exact" w:val="348"/>
        </w:trPr>
        <w:tc>
          <w:tcPr>
            <w:tcW w:w="5560" w:type="dxa"/>
            <w:gridSpan w:val="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4" w:after="0" w:line="230" w:lineRule="auto"/>
              <w:ind w:left="72"/>
              <w:rPr>
                <w:rFonts w:ascii="Times New Roman" w:hAnsi="Times New Roman" w:cs="Times New Roman"/>
                <w:b/>
              </w:rPr>
            </w:pP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Итого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 xml:space="preserve"> 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по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 xml:space="preserve"> 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модулю</w:t>
            </w:r>
            <w:proofErr w:type="spellEnd"/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4" w:after="0" w:line="230" w:lineRule="auto"/>
              <w:ind w:left="72"/>
              <w:rPr>
                <w:rFonts w:ascii="Times New Roman" w:hAnsi="Times New Roman" w:cs="Times New Roman"/>
                <w:b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10</w:t>
            </w:r>
          </w:p>
        </w:tc>
        <w:tc>
          <w:tcPr>
            <w:tcW w:w="9414" w:type="dxa"/>
            <w:gridSpan w:val="6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AA5F8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A5F8C" w:rsidRPr="00C37A64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</w:rPr>
            </w:pP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Модуль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 xml:space="preserve"> 4. ИНФОРМАЦИОННО-КОММУНИКАТИВНЫЕ ТЕХНОЛОГИИ</w:t>
            </w:r>
          </w:p>
        </w:tc>
      </w:tr>
      <w:tr w:rsidR="00AA5F8C" w:rsidRPr="00C37A64">
        <w:trPr>
          <w:trHeight w:hRule="exact" w:val="169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4.1.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6" w:after="0" w:line="245" w:lineRule="auto"/>
              <w:ind w:left="72" w:right="144"/>
              <w:rPr>
                <w:rFonts w:ascii="Times New Roman" w:hAnsi="Times New Roman" w:cs="Times New Roman"/>
                <w:b/>
                <w:lang w:val="ru-RU"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Демонстрация учителем готовых материалов на информационных носителях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AA5F8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6" w:after="0" w:line="250" w:lineRule="auto"/>
              <w:ind w:left="72" w:right="288"/>
              <w:rPr>
                <w:rFonts w:ascii="Times New Roman" w:hAnsi="Times New Roman" w:cs="Times New Roman"/>
                <w:b/>
                <w:lang w:val="ru-RU"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Анализировать готовые материалы; представленные учителем на 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информационных носителях</w:t>
            </w:r>
            <w:proofErr w:type="gram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;;</w:t>
            </w:r>
            <w:proofErr w:type="gram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6" w:after="0" w:line="245" w:lineRule="auto"/>
              <w:ind w:left="74"/>
              <w:rPr>
                <w:rFonts w:ascii="Times New Roman" w:hAnsi="Times New Roman" w:cs="Times New Roman"/>
                <w:b/>
              </w:rPr>
            </w:pP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Практическая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 xml:space="preserve"> 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работа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;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Times New Roman" w:hAnsi="Times New Roman" w:cs="Times New Roman"/>
                <w:b/>
                <w:lang w:val="ru-RU"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http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://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www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kudesniki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ru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gallery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 -галерея детских рисунков «Дети в Интернете»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http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://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www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chg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ru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Fairy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 -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творческий фестиваль «Детская сказка»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http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://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www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rozmisel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irk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ru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children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- «Творите</w:t>
            </w:r>
            <w:proofErr w:type="gram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!»</w:t>
            </w:r>
            <w:proofErr w:type="gramEnd"/>
          </w:p>
        </w:tc>
      </w:tr>
      <w:tr w:rsidR="00AA5F8C" w:rsidRPr="00C37A64">
        <w:trPr>
          <w:trHeight w:hRule="exact" w:val="169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4.2.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lang w:val="ru-RU"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Поиск информации. Интернет как источник информации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AA5F8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8" w:after="0" w:line="247" w:lineRule="auto"/>
              <w:ind w:left="72" w:right="432"/>
              <w:rPr>
                <w:rFonts w:ascii="Times New Roman" w:hAnsi="Times New Roman" w:cs="Times New Roman"/>
                <w:b/>
                <w:lang w:val="ru-RU"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Осуществлять поиск информации; в том числе в Интернете под 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руководством взрослого</w:t>
            </w:r>
            <w:proofErr w:type="gram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;;</w:t>
            </w:r>
            <w:proofErr w:type="gram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8" w:after="0" w:line="245" w:lineRule="auto"/>
              <w:ind w:left="74"/>
              <w:rPr>
                <w:rFonts w:ascii="Times New Roman" w:hAnsi="Times New Roman" w:cs="Times New Roman"/>
                <w:b/>
              </w:rPr>
            </w:pP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Практическая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 xml:space="preserve"> 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работа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;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8" w:after="0" w:line="254" w:lineRule="auto"/>
              <w:ind w:left="72"/>
              <w:rPr>
                <w:rFonts w:ascii="Times New Roman" w:hAnsi="Times New Roman" w:cs="Times New Roman"/>
                <w:b/>
                <w:lang w:val="ru-RU"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http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://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www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kudesniki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ru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gallery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 -галерея детских рисунков «Дети в Интернете»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http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://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www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chg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ru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Fairy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 xml:space="preserve"> -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творческий фестиваль «Детская сказка»</w:t>
            </w:r>
            <w:r w:rsidRPr="00C37A64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http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://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www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rozmisel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irk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.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ru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/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children</w:t>
            </w: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- «Творите</w:t>
            </w:r>
            <w:proofErr w:type="gram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!»</w:t>
            </w:r>
            <w:proofErr w:type="gramEnd"/>
          </w:p>
        </w:tc>
      </w:tr>
      <w:tr w:rsidR="00AA5F8C" w:rsidRPr="00C37A64">
        <w:trPr>
          <w:trHeight w:hRule="exact" w:val="348"/>
        </w:trPr>
        <w:tc>
          <w:tcPr>
            <w:tcW w:w="5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</w:rPr>
            </w:pP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Итого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 xml:space="preserve"> 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по</w:t>
            </w:r>
            <w:proofErr w:type="spellEnd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 xml:space="preserve"> </w:t>
            </w:r>
            <w:proofErr w:type="spellStart"/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модулю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2</w:t>
            </w:r>
          </w:p>
        </w:tc>
        <w:tc>
          <w:tcPr>
            <w:tcW w:w="94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AA5F8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A5F8C" w:rsidRPr="00C37A64">
        <w:trPr>
          <w:trHeight w:hRule="exact" w:val="328"/>
        </w:trPr>
        <w:tc>
          <w:tcPr>
            <w:tcW w:w="5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lang w:val="ru-RU"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  <w:lang w:val="ru-RU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34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246700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</w:rPr>
            </w:pPr>
            <w:r w:rsidRPr="00C37A64">
              <w:rPr>
                <w:rFonts w:ascii="Times New Roman" w:eastAsia="Times New Roman" w:hAnsi="Times New Roman" w:cs="Times New Roman"/>
                <w:b/>
                <w:color w:val="000000"/>
                <w:w w:val="97"/>
              </w:rPr>
              <w:t>0.25</w:t>
            </w:r>
          </w:p>
        </w:tc>
        <w:tc>
          <w:tcPr>
            <w:tcW w:w="71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A5F8C" w:rsidRPr="00C37A64" w:rsidRDefault="00AA5F8C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AA5F8C" w:rsidRDefault="00AA5F8C">
      <w:pPr>
        <w:autoSpaceDE w:val="0"/>
        <w:autoSpaceDN w:val="0"/>
        <w:spacing w:after="0" w:line="14" w:lineRule="exact"/>
      </w:pPr>
    </w:p>
    <w:p w:rsidR="00AA5F8C" w:rsidRDefault="00AA5F8C">
      <w:pPr>
        <w:sectPr w:rsidR="00AA5F8C">
          <w:pgSz w:w="16840" w:h="11900"/>
          <w:pgMar w:top="284" w:right="640" w:bottom="73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AA5F8C" w:rsidRDefault="00AA5F8C">
      <w:pPr>
        <w:autoSpaceDE w:val="0"/>
        <w:autoSpaceDN w:val="0"/>
        <w:spacing w:after="78" w:line="220" w:lineRule="exact"/>
      </w:pPr>
    </w:p>
    <w:p w:rsidR="00AA5F8C" w:rsidRPr="00106205" w:rsidRDefault="00246700">
      <w:pPr>
        <w:autoSpaceDE w:val="0"/>
        <w:autoSpaceDN w:val="0"/>
        <w:spacing w:after="0" w:line="230" w:lineRule="auto"/>
        <w:rPr>
          <w:lang w:val="ru-RU"/>
        </w:rPr>
      </w:pPr>
      <w:r w:rsidRPr="0010620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УЧЕБНО-МЕТОДИЧЕСКОЕ ОБЕСПЕЧЕНИЕ ОБРАЗОВАТЕЛЬНОГО ПРОЦЕССА </w:t>
      </w:r>
    </w:p>
    <w:p w:rsidR="00AA5F8C" w:rsidRDefault="00246700" w:rsidP="00106205">
      <w:pPr>
        <w:autoSpaceDE w:val="0"/>
        <w:autoSpaceDN w:val="0"/>
        <w:spacing w:before="346" w:after="0" w:line="382" w:lineRule="auto"/>
        <w:ind w:right="1440"/>
        <w:rPr>
          <w:lang w:val="ru-RU"/>
        </w:rPr>
      </w:pPr>
      <w:r w:rsidRPr="0010620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ОБЯЗАТЕЛЬНЫЕ УЧЕБНЫЕ МАТЕРИАЛЫ ДЛЯ УЧЕНИКА </w:t>
      </w:r>
      <w:r w:rsidR="00106205">
        <w:rPr>
          <w:rFonts w:ascii="Times New Roman" w:eastAsia="Times New Roman" w:hAnsi="Times New Roman"/>
          <w:b/>
          <w:color w:val="000000"/>
          <w:sz w:val="24"/>
          <w:lang w:val="ru-RU"/>
        </w:rPr>
        <w:br/>
      </w:r>
      <w:r w:rsidR="00106205" w:rsidRPr="00106205">
        <w:rPr>
          <w:lang w:val="ru-RU"/>
        </w:rPr>
        <w:t>Технология, 1 класс/</w:t>
      </w:r>
      <w:proofErr w:type="spellStart"/>
      <w:r w:rsidR="00C37A64">
        <w:rPr>
          <w:lang w:val="ru-RU"/>
        </w:rPr>
        <w:t>Е.АЛутцева</w:t>
      </w:r>
      <w:proofErr w:type="spellEnd"/>
      <w:r w:rsidR="00106205" w:rsidRPr="00106205">
        <w:rPr>
          <w:lang w:val="ru-RU"/>
        </w:rPr>
        <w:t xml:space="preserve">., </w:t>
      </w:r>
      <w:proofErr w:type="spellStart"/>
      <w:r w:rsidR="00C37A64">
        <w:rPr>
          <w:lang w:val="ru-RU"/>
        </w:rPr>
        <w:t>Т.П.Зуева</w:t>
      </w:r>
      <w:proofErr w:type="spellEnd"/>
      <w:r w:rsidR="00106205" w:rsidRPr="00106205">
        <w:rPr>
          <w:lang w:val="ru-RU"/>
        </w:rPr>
        <w:t xml:space="preserve">, </w:t>
      </w:r>
      <w:r w:rsidR="00C37A64">
        <w:rPr>
          <w:lang w:val="ru-RU"/>
        </w:rPr>
        <w:t xml:space="preserve">Москва </w:t>
      </w:r>
      <w:bookmarkStart w:id="0" w:name="_GoBack"/>
      <w:bookmarkEnd w:id="0"/>
      <w:r w:rsidR="00106205" w:rsidRPr="00106205">
        <w:rPr>
          <w:lang w:val="ru-RU"/>
        </w:rPr>
        <w:t>«Издательство «Просвещение»;</w:t>
      </w:r>
      <w:r w:rsidRPr="00106205">
        <w:rPr>
          <w:lang w:val="ru-RU"/>
        </w:rPr>
        <w:br/>
      </w:r>
      <w:r w:rsidRPr="00106205">
        <w:rPr>
          <w:rFonts w:ascii="Times New Roman" w:eastAsia="Times New Roman" w:hAnsi="Times New Roman"/>
          <w:color w:val="000000"/>
          <w:sz w:val="24"/>
          <w:lang w:val="ru-RU"/>
        </w:rPr>
        <w:t xml:space="preserve">Введите свой вариант: </w:t>
      </w:r>
      <w:r w:rsidRPr="00106205">
        <w:rPr>
          <w:lang w:val="ru-RU"/>
        </w:rPr>
        <w:br/>
      </w:r>
      <w:r w:rsidRPr="0010620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МЕТОДИЧЕСКИЕ МАТЕРИАЛЫ ДЛЯ УЧИТЕЛЯ </w:t>
      </w:r>
      <w:r w:rsidR="00106205">
        <w:rPr>
          <w:rFonts w:ascii="Times New Roman" w:eastAsia="Times New Roman" w:hAnsi="Times New Roman"/>
          <w:b/>
          <w:color w:val="000000"/>
          <w:sz w:val="24"/>
          <w:lang w:val="ru-RU"/>
        </w:rPr>
        <w:br/>
      </w:r>
      <w:r w:rsidR="00106205" w:rsidRPr="00106205">
        <w:rPr>
          <w:rFonts w:ascii="Times New Roman" w:eastAsia="Times New Roman" w:hAnsi="Times New Roman"/>
          <w:b/>
          <w:color w:val="000000"/>
          <w:sz w:val="24"/>
          <w:lang w:val="ru-RU"/>
        </w:rPr>
        <w:t>Поурочное планирование</w:t>
      </w:r>
      <w:r w:rsidR="00106205">
        <w:rPr>
          <w:rFonts w:ascii="Times New Roman" w:eastAsia="Times New Roman" w:hAnsi="Times New Roman"/>
          <w:b/>
          <w:color w:val="000000"/>
          <w:sz w:val="24"/>
          <w:lang w:val="ru-RU"/>
        </w:rPr>
        <w:t>.</w:t>
      </w:r>
      <w:r w:rsidRPr="00106205">
        <w:rPr>
          <w:lang w:val="ru-RU"/>
        </w:rPr>
        <w:br/>
      </w:r>
      <w:r w:rsidRPr="00106205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106205" w:rsidRPr="00106205" w:rsidRDefault="00106205" w:rsidP="00106205">
      <w:pPr>
        <w:autoSpaceDE w:val="0"/>
        <w:autoSpaceDN w:val="0"/>
        <w:spacing w:after="78" w:line="220" w:lineRule="exact"/>
        <w:rPr>
          <w:lang w:val="ru-RU"/>
        </w:rPr>
      </w:pPr>
      <w:r w:rsidRPr="00106205">
        <w:rPr>
          <w:lang w:val="ru-RU"/>
        </w:rPr>
        <w:t>http://www.kudesniki.ru/gallery -галерея детских рисунков «Дети в Интернете»</w:t>
      </w:r>
    </w:p>
    <w:p w:rsidR="00106205" w:rsidRPr="00106205" w:rsidRDefault="00106205" w:rsidP="00106205">
      <w:pPr>
        <w:autoSpaceDE w:val="0"/>
        <w:autoSpaceDN w:val="0"/>
        <w:spacing w:after="78" w:line="220" w:lineRule="exact"/>
        <w:rPr>
          <w:lang w:val="ru-RU"/>
        </w:rPr>
      </w:pPr>
      <w:r w:rsidRPr="00106205">
        <w:rPr>
          <w:lang w:val="ru-RU"/>
        </w:rPr>
        <w:t>http://www.chg.ru./Fairy -</w:t>
      </w:r>
    </w:p>
    <w:p w:rsidR="00106205" w:rsidRPr="00106205" w:rsidRDefault="00106205" w:rsidP="00106205">
      <w:pPr>
        <w:autoSpaceDE w:val="0"/>
        <w:autoSpaceDN w:val="0"/>
        <w:spacing w:after="78" w:line="220" w:lineRule="exact"/>
        <w:rPr>
          <w:lang w:val="ru-RU"/>
        </w:rPr>
      </w:pPr>
      <w:r w:rsidRPr="00106205">
        <w:rPr>
          <w:lang w:val="ru-RU"/>
        </w:rPr>
        <w:t>творческий фестиваль «Детская сказка»</w:t>
      </w:r>
    </w:p>
    <w:p w:rsidR="00AA5F8C" w:rsidRPr="00106205" w:rsidRDefault="00106205" w:rsidP="00106205">
      <w:pPr>
        <w:autoSpaceDE w:val="0"/>
        <w:autoSpaceDN w:val="0"/>
        <w:spacing w:after="78" w:line="220" w:lineRule="exact"/>
        <w:rPr>
          <w:lang w:val="ru-RU"/>
        </w:rPr>
      </w:pPr>
      <w:r w:rsidRPr="00106205">
        <w:rPr>
          <w:lang w:val="ru-RU"/>
        </w:rPr>
        <w:t>http://www.rozmisel.irk.ru/children- «Творите!»</w:t>
      </w:r>
      <w:r>
        <w:rPr>
          <w:lang w:val="ru-RU"/>
        </w:rPr>
        <w:t>.</w:t>
      </w:r>
    </w:p>
    <w:p w:rsidR="00AA5F8C" w:rsidRPr="00106205" w:rsidRDefault="00246700">
      <w:pPr>
        <w:autoSpaceDE w:val="0"/>
        <w:autoSpaceDN w:val="0"/>
        <w:spacing w:after="0" w:line="408" w:lineRule="auto"/>
        <w:ind w:right="432"/>
        <w:rPr>
          <w:lang w:val="ru-RU"/>
        </w:rPr>
      </w:pPr>
      <w:r w:rsidRPr="0010620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МАТЕРИАЛЬНО-ТЕХНИЧЕСКОЕ ОБЕСПЕЧЕНИЕ ОБРАЗОВАТЕЛЬНОГО ПРОЦЕССА УЧЕБНОЕ ОБОРУДОВАНИЕ </w:t>
      </w:r>
      <w:r w:rsidRPr="00106205">
        <w:rPr>
          <w:lang w:val="ru-RU"/>
        </w:rPr>
        <w:br/>
      </w:r>
      <w:proofErr w:type="spellStart"/>
      <w:r w:rsidRPr="00106205">
        <w:rPr>
          <w:rFonts w:ascii="Times New Roman" w:eastAsia="Times New Roman" w:hAnsi="Times New Roman"/>
          <w:b/>
          <w:color w:val="000000"/>
          <w:sz w:val="24"/>
          <w:lang w:val="ru-RU"/>
        </w:rPr>
        <w:t>ОБОРУДОВАНИЕ</w:t>
      </w:r>
      <w:proofErr w:type="spellEnd"/>
      <w:r w:rsidRPr="0010620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ДЛЯ ПРОВЕДЕНИЯ ПРАКТИЧЕСКИХ РАБОТ, ДЕМОНСТРАЦИЙ</w:t>
      </w:r>
    </w:p>
    <w:p w:rsidR="00AA5F8C" w:rsidRPr="00106205" w:rsidRDefault="00AA5F8C">
      <w:pPr>
        <w:rPr>
          <w:lang w:val="ru-RU"/>
        </w:rPr>
        <w:sectPr w:rsidR="00AA5F8C" w:rsidRPr="00106205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46700" w:rsidRPr="00106205" w:rsidRDefault="00246700">
      <w:pPr>
        <w:rPr>
          <w:lang w:val="ru-RU"/>
        </w:rPr>
      </w:pPr>
    </w:p>
    <w:sectPr w:rsidR="00246700" w:rsidRPr="00106205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06205"/>
    <w:rsid w:val="0015074B"/>
    <w:rsid w:val="00246700"/>
    <w:rsid w:val="0029639D"/>
    <w:rsid w:val="00326F90"/>
    <w:rsid w:val="00AA1D8D"/>
    <w:rsid w:val="00AA5F8C"/>
    <w:rsid w:val="00B360A7"/>
    <w:rsid w:val="00B47730"/>
    <w:rsid w:val="00C37A64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B5A5130-2E9A-43B0-A00D-2E248A8E8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6059</Words>
  <Characters>34541</Characters>
  <Application>Microsoft Office Word</Application>
  <DocSecurity>0</DocSecurity>
  <Lines>287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40519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Учитель</cp:lastModifiedBy>
  <cp:revision>7</cp:revision>
  <dcterms:created xsi:type="dcterms:W3CDTF">2013-12-23T23:15:00Z</dcterms:created>
  <dcterms:modified xsi:type="dcterms:W3CDTF">2022-10-21T19:05:00Z</dcterms:modified>
  <cp:category/>
</cp:coreProperties>
</file>